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8A1E8" w14:textId="5B40FBA1" w:rsidR="00E17D0E" w:rsidRDefault="00D55F54">
      <w:pPr>
        <w:pStyle w:val="Title"/>
      </w:pPr>
      <w:r>
        <w:rPr>
          <w:b/>
        </w:rPr>
        <w:t xml:space="preserve">Transcript: Interview with </w:t>
      </w:r>
      <w:r w:rsidR="00E3383C">
        <w:rPr>
          <w:b/>
        </w:rPr>
        <w:t>Robert Hahn</w:t>
      </w:r>
    </w:p>
    <w:p w14:paraId="7FD7FCFF" w14:textId="77777777" w:rsidR="00E17D0E" w:rsidRDefault="00D55F54">
      <w:r>
        <w:rPr>
          <w:i/>
        </w:rPr>
        <w:t>Roma Soul Food project</w:t>
      </w:r>
    </w:p>
    <w:p w14:paraId="18B7C50F" w14:textId="77777777" w:rsidR="00E3383C" w:rsidRDefault="00E3383C" w:rsidP="00E3383C">
      <w:bookmarkStart w:id="0" w:name="OLE_LINK17"/>
      <w:bookmarkStart w:id="1" w:name="OLE_LINK18"/>
      <w:r>
        <w:rPr>
          <w:rFonts w:ascii="Calibri" w:hAnsi="Calibri"/>
          <w:b/>
          <w:sz w:val="22"/>
        </w:rPr>
        <w:t xml:space="preserve">Interviewer: </w:t>
      </w:r>
      <w:r>
        <w:rPr>
          <w:rFonts w:ascii="Calibri" w:hAnsi="Calibri"/>
          <w:sz w:val="22"/>
        </w:rPr>
        <w:t>Okay, to start, your first and last name.</w:t>
      </w:r>
    </w:p>
    <w:p w14:paraId="5D0F941C" w14:textId="77777777" w:rsidR="00E3383C" w:rsidRDefault="00E3383C" w:rsidP="00E3383C">
      <w:r>
        <w:rPr>
          <w:rFonts w:ascii="Calibri" w:hAnsi="Calibri"/>
          <w:b/>
          <w:sz w:val="22"/>
        </w:rPr>
        <w:t xml:space="preserve">Interviewee: </w:t>
      </w:r>
      <w:r>
        <w:rPr>
          <w:rFonts w:ascii="Calibri" w:hAnsi="Calibri"/>
          <w:sz w:val="22"/>
        </w:rPr>
        <w:t xml:space="preserve">Robert Han, </w:t>
      </w:r>
      <w:proofErr w:type="gramStart"/>
      <w:r>
        <w:rPr>
          <w:rFonts w:ascii="Calibri" w:hAnsi="Calibri"/>
          <w:sz w:val="22"/>
        </w:rPr>
        <w:t>I'm</w:t>
      </w:r>
      <w:proofErr w:type="gramEnd"/>
      <w:r>
        <w:rPr>
          <w:rFonts w:ascii="Calibri" w:hAnsi="Calibri"/>
          <w:sz w:val="22"/>
        </w:rPr>
        <w:t xml:space="preserve"> from </w:t>
      </w:r>
      <w:proofErr w:type="spellStart"/>
      <w:r>
        <w:rPr>
          <w:rFonts w:ascii="Calibri" w:hAnsi="Calibri"/>
          <w:sz w:val="22"/>
        </w:rPr>
        <w:t>Središče</w:t>
      </w:r>
      <w:proofErr w:type="spellEnd"/>
      <w:r>
        <w:rPr>
          <w:rFonts w:ascii="Calibri" w:hAnsi="Calibri"/>
          <w:sz w:val="22"/>
        </w:rPr>
        <w:t>.</w:t>
      </w:r>
    </w:p>
    <w:p w14:paraId="39B1D0D6" w14:textId="77777777" w:rsidR="00E3383C" w:rsidRDefault="00E3383C" w:rsidP="00E3383C">
      <w:r>
        <w:rPr>
          <w:rFonts w:ascii="Calibri" w:hAnsi="Calibri"/>
          <w:b/>
          <w:sz w:val="22"/>
        </w:rPr>
        <w:t xml:space="preserve">Interviewer: </w:t>
      </w:r>
      <w:proofErr w:type="spellStart"/>
      <w:r>
        <w:rPr>
          <w:rFonts w:ascii="Calibri" w:hAnsi="Calibri"/>
          <w:sz w:val="22"/>
        </w:rPr>
        <w:t>Robi</w:t>
      </w:r>
      <w:proofErr w:type="spellEnd"/>
      <w:r>
        <w:rPr>
          <w:rFonts w:ascii="Calibri" w:hAnsi="Calibri"/>
          <w:sz w:val="22"/>
        </w:rPr>
        <w:t>, if you remember your childhood, when you were a kid, what was your diet like back then, what dishes did you eat, what ingredients?</w:t>
      </w:r>
    </w:p>
    <w:p w14:paraId="75A57356" w14:textId="77777777" w:rsidR="00E3383C" w:rsidRDefault="00E3383C" w:rsidP="00E3383C">
      <w:r>
        <w:rPr>
          <w:rFonts w:ascii="Calibri" w:hAnsi="Calibri"/>
          <w:b/>
          <w:sz w:val="22"/>
        </w:rPr>
        <w:t xml:space="preserve">Interviewee: </w:t>
      </w:r>
      <w:r>
        <w:rPr>
          <w:rFonts w:ascii="Calibri" w:hAnsi="Calibri"/>
          <w:sz w:val="22"/>
        </w:rPr>
        <w:t xml:space="preserve">Well, the diet was very simple. Soup had to be on the menu every day, that was mandatory. Mostly meat and for the evening, it was mostly pancakes, </w:t>
      </w:r>
      <w:proofErr w:type="gramStart"/>
      <w:r>
        <w:rPr>
          <w:rFonts w:ascii="Calibri" w:hAnsi="Calibri"/>
          <w:sz w:val="22"/>
        </w:rPr>
        <w:t>let's</w:t>
      </w:r>
      <w:proofErr w:type="gramEnd"/>
      <w:r>
        <w:rPr>
          <w:rFonts w:ascii="Calibri" w:hAnsi="Calibri"/>
          <w:sz w:val="22"/>
        </w:rPr>
        <w:t xml:space="preserve"> say.</w:t>
      </w:r>
    </w:p>
    <w:p w14:paraId="6746A306" w14:textId="77777777" w:rsidR="00E3383C" w:rsidRDefault="00E3383C" w:rsidP="00E3383C">
      <w:r>
        <w:rPr>
          <w:rFonts w:ascii="Calibri" w:hAnsi="Calibri"/>
          <w:b/>
          <w:sz w:val="22"/>
        </w:rPr>
        <w:t xml:space="preserve">Interviewer: </w:t>
      </w:r>
      <w:r>
        <w:rPr>
          <w:rFonts w:ascii="Calibri" w:hAnsi="Calibri"/>
          <w:sz w:val="22"/>
        </w:rPr>
        <w:t>As a child, how did you experience holiday food? Did you have anything special on the table for, say, Christmas or Easter? What are your memories from back then?</w:t>
      </w:r>
    </w:p>
    <w:p w14:paraId="1BE915E4" w14:textId="77777777" w:rsidR="00E3383C" w:rsidRDefault="00E3383C" w:rsidP="00E3383C">
      <w:r>
        <w:rPr>
          <w:rFonts w:ascii="Calibri" w:hAnsi="Calibri"/>
          <w:b/>
          <w:sz w:val="22"/>
        </w:rPr>
        <w:t xml:space="preserve">Interviewee: </w:t>
      </w:r>
      <w:r>
        <w:rPr>
          <w:rFonts w:ascii="Calibri" w:hAnsi="Calibri"/>
          <w:sz w:val="22"/>
        </w:rPr>
        <w:t xml:space="preserve">I think it was very much... mostly, yes, cold cuts, mostly. I </w:t>
      </w:r>
      <w:proofErr w:type="gramStart"/>
      <w:r>
        <w:rPr>
          <w:rFonts w:ascii="Calibri" w:hAnsi="Calibri"/>
          <w:sz w:val="22"/>
        </w:rPr>
        <w:t>don't</w:t>
      </w:r>
      <w:proofErr w:type="gramEnd"/>
      <w:r>
        <w:rPr>
          <w:rFonts w:ascii="Calibri" w:hAnsi="Calibri"/>
          <w:sz w:val="22"/>
        </w:rPr>
        <w:t xml:space="preserve"> know, as I remember it now, it was all very simple. There </w:t>
      </w:r>
      <w:proofErr w:type="gramStart"/>
      <w:r>
        <w:rPr>
          <w:rFonts w:ascii="Calibri" w:hAnsi="Calibri"/>
          <w:sz w:val="22"/>
        </w:rPr>
        <w:t>wasn't</w:t>
      </w:r>
      <w:proofErr w:type="gramEnd"/>
      <w:r>
        <w:rPr>
          <w:rFonts w:ascii="Calibri" w:hAnsi="Calibri"/>
          <w:sz w:val="22"/>
        </w:rPr>
        <w:t>, you know, everything... just not a lot of different things.</w:t>
      </w:r>
    </w:p>
    <w:p w14:paraId="57F99734" w14:textId="77777777" w:rsidR="00E3383C" w:rsidRDefault="00E3383C" w:rsidP="00E3383C">
      <w:r>
        <w:rPr>
          <w:rFonts w:ascii="Calibri" w:hAnsi="Calibri"/>
          <w:b/>
          <w:sz w:val="22"/>
        </w:rPr>
        <w:t xml:space="preserve">Interviewer: </w:t>
      </w:r>
      <w:r>
        <w:rPr>
          <w:rFonts w:ascii="Calibri" w:hAnsi="Calibri"/>
          <w:sz w:val="22"/>
        </w:rPr>
        <w:t>When the holidays were approaching, was there anything in particular you looked forward to, speaking of the food you saw?</w:t>
      </w:r>
    </w:p>
    <w:p w14:paraId="1D2A9BC1" w14:textId="77777777" w:rsidR="00E3383C" w:rsidRDefault="00E3383C" w:rsidP="00E3383C">
      <w:r>
        <w:rPr>
          <w:rFonts w:ascii="Calibri" w:hAnsi="Calibri"/>
          <w:b/>
          <w:sz w:val="22"/>
        </w:rPr>
        <w:t xml:space="preserve">Interviewee: </w:t>
      </w:r>
      <w:r>
        <w:rPr>
          <w:rFonts w:ascii="Calibri" w:hAnsi="Calibri"/>
          <w:sz w:val="22"/>
        </w:rPr>
        <w:t xml:space="preserve">Yes, I was more excited because we were all together, you know. That, but as for the food, I </w:t>
      </w:r>
      <w:proofErr w:type="gramStart"/>
      <w:r>
        <w:rPr>
          <w:rFonts w:ascii="Calibri" w:hAnsi="Calibri"/>
          <w:sz w:val="22"/>
        </w:rPr>
        <w:t>don't</w:t>
      </w:r>
      <w:proofErr w:type="gramEnd"/>
      <w:r>
        <w:rPr>
          <w:rFonts w:ascii="Calibri" w:hAnsi="Calibri"/>
          <w:sz w:val="22"/>
        </w:rPr>
        <w:t xml:space="preserve"> know, I think it was all just... like that.</w:t>
      </w:r>
    </w:p>
    <w:p w14:paraId="06A60A3E" w14:textId="77777777" w:rsidR="00E3383C" w:rsidRDefault="00E3383C" w:rsidP="00E3383C">
      <w:r>
        <w:rPr>
          <w:rFonts w:ascii="Calibri" w:hAnsi="Calibri"/>
          <w:b/>
          <w:sz w:val="22"/>
        </w:rPr>
        <w:t xml:space="preserve">Interviewer: </w:t>
      </w:r>
      <w:r>
        <w:rPr>
          <w:rFonts w:ascii="Calibri" w:hAnsi="Calibri"/>
          <w:sz w:val="22"/>
        </w:rPr>
        <w:t>Was being together the main focus during the holidays?</w:t>
      </w:r>
    </w:p>
    <w:p w14:paraId="2AE398CF" w14:textId="77777777" w:rsidR="00E3383C" w:rsidRDefault="00E3383C" w:rsidP="00E3383C">
      <w:r>
        <w:rPr>
          <w:rFonts w:ascii="Calibri" w:hAnsi="Calibri"/>
          <w:b/>
          <w:sz w:val="22"/>
        </w:rPr>
        <w:t xml:space="preserve">Interviewee: </w:t>
      </w:r>
      <w:proofErr w:type="gramStart"/>
      <w:r>
        <w:rPr>
          <w:rFonts w:ascii="Calibri" w:hAnsi="Calibri"/>
          <w:sz w:val="22"/>
        </w:rPr>
        <w:t>Let's</w:t>
      </w:r>
      <w:proofErr w:type="gramEnd"/>
      <w:r>
        <w:rPr>
          <w:rFonts w:ascii="Calibri" w:hAnsi="Calibri"/>
          <w:sz w:val="22"/>
        </w:rPr>
        <w:t xml:space="preserve"> say so, yes.</w:t>
      </w:r>
    </w:p>
    <w:p w14:paraId="7869FE16" w14:textId="77777777" w:rsidR="00E3383C" w:rsidRDefault="00E3383C" w:rsidP="00E3383C">
      <w:r>
        <w:rPr>
          <w:rFonts w:ascii="Calibri" w:hAnsi="Calibri"/>
          <w:b/>
          <w:sz w:val="22"/>
        </w:rPr>
        <w:t xml:space="preserve">Interviewer: </w:t>
      </w:r>
      <w:r>
        <w:rPr>
          <w:rFonts w:ascii="Calibri" w:hAnsi="Calibri"/>
          <w:sz w:val="22"/>
        </w:rPr>
        <w:t>Health and food are very connected, but in childhood, you probably did not worry so much about healthy food yourself. It was more up to your parents, your surroundings, maybe grandparents. How did your parents, for example, ensure you ate healthy, if at all?</w:t>
      </w:r>
    </w:p>
    <w:p w14:paraId="15457760" w14:textId="77777777" w:rsidR="00E3383C" w:rsidRDefault="00E3383C" w:rsidP="00E3383C">
      <w:r>
        <w:rPr>
          <w:rFonts w:ascii="Calibri" w:hAnsi="Calibri"/>
          <w:b/>
          <w:sz w:val="22"/>
        </w:rPr>
        <w:t xml:space="preserve">Interviewee: </w:t>
      </w:r>
      <w:r>
        <w:rPr>
          <w:rFonts w:ascii="Calibri" w:hAnsi="Calibri"/>
          <w:sz w:val="22"/>
        </w:rPr>
        <w:t xml:space="preserve">Well, I </w:t>
      </w:r>
      <w:proofErr w:type="gramStart"/>
      <w:r>
        <w:rPr>
          <w:rFonts w:ascii="Calibri" w:hAnsi="Calibri"/>
          <w:sz w:val="22"/>
        </w:rPr>
        <w:t>didn't</w:t>
      </w:r>
      <w:proofErr w:type="gramEnd"/>
      <w:r>
        <w:rPr>
          <w:rFonts w:ascii="Calibri" w:hAnsi="Calibri"/>
          <w:sz w:val="22"/>
        </w:rPr>
        <w:t xml:space="preserve"> pay much attention to it, but I remember from my childhood, regarding health, my father would always give us, mostly every morning or every evening, a spoonful of honey. That was just, you know, for our health, </w:t>
      </w:r>
      <w:proofErr w:type="gramStart"/>
      <w:r>
        <w:rPr>
          <w:rFonts w:ascii="Calibri" w:hAnsi="Calibri"/>
          <w:sz w:val="22"/>
        </w:rPr>
        <w:t>let's</w:t>
      </w:r>
      <w:proofErr w:type="gramEnd"/>
      <w:r>
        <w:rPr>
          <w:rFonts w:ascii="Calibri" w:hAnsi="Calibri"/>
          <w:sz w:val="22"/>
        </w:rPr>
        <w:t xml:space="preserve"> say, for the immune system or...</w:t>
      </w:r>
    </w:p>
    <w:p w14:paraId="25014836" w14:textId="77777777" w:rsidR="00E3383C" w:rsidRDefault="00E3383C" w:rsidP="00E3383C">
      <w:r>
        <w:rPr>
          <w:rFonts w:ascii="Calibri" w:hAnsi="Calibri"/>
          <w:b/>
          <w:sz w:val="22"/>
        </w:rPr>
        <w:t xml:space="preserve">Interviewer: </w:t>
      </w:r>
      <w:r>
        <w:rPr>
          <w:rFonts w:ascii="Calibri" w:hAnsi="Calibri"/>
          <w:sz w:val="22"/>
        </w:rPr>
        <w:t>Meant as a home remedy for better health?</w:t>
      </w:r>
    </w:p>
    <w:p w14:paraId="3D3C0B25" w14:textId="77777777" w:rsidR="00E3383C" w:rsidRDefault="00E3383C" w:rsidP="00E3383C">
      <w:r>
        <w:rPr>
          <w:rFonts w:ascii="Calibri" w:hAnsi="Calibri"/>
          <w:b/>
          <w:sz w:val="22"/>
        </w:rPr>
        <w:t xml:space="preserve">Interviewee: </w:t>
      </w:r>
      <w:proofErr w:type="gramStart"/>
      <w:r>
        <w:rPr>
          <w:rFonts w:ascii="Calibri" w:hAnsi="Calibri"/>
          <w:sz w:val="22"/>
        </w:rPr>
        <w:t>Let's</w:t>
      </w:r>
      <w:proofErr w:type="gramEnd"/>
      <w:r>
        <w:rPr>
          <w:rFonts w:ascii="Calibri" w:hAnsi="Calibri"/>
          <w:sz w:val="22"/>
        </w:rPr>
        <w:t xml:space="preserve"> say so, yes.</w:t>
      </w:r>
    </w:p>
    <w:p w14:paraId="438467E1" w14:textId="77777777" w:rsidR="00E3383C" w:rsidRDefault="00E3383C" w:rsidP="00E3383C">
      <w:r>
        <w:rPr>
          <w:rFonts w:ascii="Calibri" w:hAnsi="Calibri"/>
          <w:b/>
          <w:sz w:val="22"/>
        </w:rPr>
        <w:t xml:space="preserve">Interviewer: </w:t>
      </w:r>
      <w:r>
        <w:rPr>
          <w:rFonts w:ascii="Calibri" w:hAnsi="Calibri"/>
          <w:sz w:val="22"/>
        </w:rPr>
        <w:t>Interesting. OK. What about later, as you were growing up, when you became an adult, do you pay attention to what you eat, how much you eat, whether it is healthy or not? I mean, what do you even eat or consider to be healthy food?</w:t>
      </w:r>
    </w:p>
    <w:p w14:paraId="4991E99F" w14:textId="77777777" w:rsidR="00E3383C" w:rsidRDefault="00E3383C" w:rsidP="00E3383C">
      <w:r>
        <w:rPr>
          <w:rFonts w:ascii="Calibri" w:hAnsi="Calibri"/>
          <w:b/>
          <w:sz w:val="22"/>
        </w:rPr>
        <w:t xml:space="preserve">Interviewee: </w:t>
      </w:r>
      <w:r>
        <w:rPr>
          <w:rFonts w:ascii="Calibri" w:hAnsi="Calibri"/>
          <w:sz w:val="22"/>
        </w:rPr>
        <w:t xml:space="preserve">Well, I consider healthy food to be more like homemade food, </w:t>
      </w:r>
      <w:proofErr w:type="gramStart"/>
      <w:r>
        <w:rPr>
          <w:rFonts w:ascii="Calibri" w:hAnsi="Calibri"/>
          <w:sz w:val="22"/>
        </w:rPr>
        <w:t>let's</w:t>
      </w:r>
      <w:proofErr w:type="gramEnd"/>
      <w:r>
        <w:rPr>
          <w:rFonts w:ascii="Calibri" w:hAnsi="Calibri"/>
          <w:sz w:val="22"/>
        </w:rPr>
        <w:t xml:space="preserve"> say, homegrown produce.</w:t>
      </w:r>
    </w:p>
    <w:p w14:paraId="7DBC4C27" w14:textId="77777777" w:rsidR="00E3383C" w:rsidRDefault="00E3383C" w:rsidP="00E3383C">
      <w:r>
        <w:rPr>
          <w:rFonts w:ascii="Calibri" w:hAnsi="Calibri"/>
          <w:b/>
          <w:sz w:val="22"/>
        </w:rPr>
        <w:lastRenderedPageBreak/>
        <w:t xml:space="preserve">Interviewer: </w:t>
      </w:r>
      <w:r>
        <w:rPr>
          <w:rFonts w:ascii="Calibri" w:hAnsi="Calibri"/>
          <w:sz w:val="22"/>
        </w:rPr>
        <w:t>How often were you sick in the past, even in childhood or in your younger years? Did food already have an impact on your health back then? What do you think?</w:t>
      </w:r>
    </w:p>
    <w:p w14:paraId="3BC27ABD" w14:textId="77777777" w:rsidR="00E3383C" w:rsidRDefault="00E3383C" w:rsidP="00E3383C">
      <w:r>
        <w:rPr>
          <w:rFonts w:ascii="Calibri" w:hAnsi="Calibri"/>
          <w:b/>
          <w:sz w:val="22"/>
        </w:rPr>
        <w:t xml:space="preserve">Interviewee: </w:t>
      </w:r>
      <w:r>
        <w:rPr>
          <w:rFonts w:ascii="Calibri" w:hAnsi="Calibri"/>
          <w:sz w:val="22"/>
        </w:rPr>
        <w:t xml:space="preserve">Well, </w:t>
      </w:r>
      <w:proofErr w:type="gramStart"/>
      <w:r>
        <w:rPr>
          <w:rFonts w:ascii="Calibri" w:hAnsi="Calibri"/>
          <w:sz w:val="22"/>
        </w:rPr>
        <w:t>let's</w:t>
      </w:r>
      <w:proofErr w:type="gramEnd"/>
      <w:r>
        <w:rPr>
          <w:rFonts w:ascii="Calibri" w:hAnsi="Calibri"/>
          <w:sz w:val="22"/>
        </w:rPr>
        <w:t xml:space="preserve"> say, I think it did. If you look today, the seed itself is already unhealthy. But before it wasn't, well, before everything was </w:t>
      </w:r>
      <w:proofErr w:type="gramStart"/>
      <w:r>
        <w:rPr>
          <w:rFonts w:ascii="Calibri" w:hAnsi="Calibri"/>
          <w:sz w:val="22"/>
        </w:rPr>
        <w:t>more fresh and proper</w:t>
      </w:r>
      <w:proofErr w:type="gramEnd"/>
      <w:r>
        <w:rPr>
          <w:rFonts w:ascii="Calibri" w:hAnsi="Calibri"/>
          <w:sz w:val="22"/>
        </w:rPr>
        <w:t>.</w:t>
      </w:r>
    </w:p>
    <w:p w14:paraId="2EEB8731" w14:textId="77777777" w:rsidR="00E3383C" w:rsidRDefault="00E3383C" w:rsidP="00E3383C">
      <w:r>
        <w:rPr>
          <w:rFonts w:ascii="Calibri" w:hAnsi="Calibri"/>
          <w:b/>
          <w:sz w:val="22"/>
        </w:rPr>
        <w:t xml:space="preserve">Interviewer: </w:t>
      </w:r>
      <w:r>
        <w:rPr>
          <w:rFonts w:ascii="Calibri" w:hAnsi="Calibri"/>
          <w:sz w:val="22"/>
        </w:rPr>
        <w:t>Now that you are an adult, that you have grown up, did you ever move away from home? Did your eating habits change then? Because, after all, homemade food is homemade food.</w:t>
      </w:r>
    </w:p>
    <w:p w14:paraId="1CAE372C" w14:textId="77777777" w:rsidR="00E3383C" w:rsidRDefault="00E3383C" w:rsidP="00E3383C">
      <w:r>
        <w:rPr>
          <w:rFonts w:ascii="Calibri" w:hAnsi="Calibri"/>
          <w:b/>
          <w:sz w:val="22"/>
        </w:rPr>
        <w:t xml:space="preserve">Interviewee: </w:t>
      </w:r>
      <w:r>
        <w:rPr>
          <w:rFonts w:ascii="Calibri" w:hAnsi="Calibri"/>
          <w:sz w:val="22"/>
        </w:rPr>
        <w:t xml:space="preserve">Of course, they did, to some extent. You know, nowadays we know many more techniques. For example, at home, they always used lard instead of oil, for example. But nowadays, everything is more, in a different way, I believe. The food itself </w:t>
      </w:r>
      <w:proofErr w:type="gramStart"/>
      <w:r>
        <w:rPr>
          <w:rFonts w:ascii="Calibri" w:hAnsi="Calibri"/>
          <w:sz w:val="22"/>
        </w:rPr>
        <w:t>doesn't</w:t>
      </w:r>
      <w:proofErr w:type="gramEnd"/>
      <w:r>
        <w:rPr>
          <w:rFonts w:ascii="Calibri" w:hAnsi="Calibri"/>
          <w:sz w:val="22"/>
        </w:rPr>
        <w:t xml:space="preserve"> have the same taste anymore as it was, as it was before. That meat had a much stronger meaty smell. Today, you </w:t>
      </w:r>
      <w:proofErr w:type="gramStart"/>
      <w:r>
        <w:rPr>
          <w:rFonts w:ascii="Calibri" w:hAnsi="Calibri"/>
          <w:sz w:val="22"/>
        </w:rPr>
        <w:t>don't</w:t>
      </w:r>
      <w:proofErr w:type="gramEnd"/>
      <w:r>
        <w:rPr>
          <w:rFonts w:ascii="Calibri" w:hAnsi="Calibri"/>
          <w:sz w:val="22"/>
        </w:rPr>
        <w:t xml:space="preserve"> even notice that anymore.</w:t>
      </w:r>
    </w:p>
    <w:p w14:paraId="62875AB0" w14:textId="77777777" w:rsidR="00E3383C" w:rsidRDefault="00E3383C" w:rsidP="00E3383C">
      <w:r>
        <w:rPr>
          <w:rFonts w:ascii="Calibri" w:hAnsi="Calibri"/>
          <w:b/>
          <w:sz w:val="22"/>
        </w:rPr>
        <w:t xml:space="preserve">Interviewer: </w:t>
      </w:r>
      <w:r>
        <w:rPr>
          <w:rFonts w:ascii="Calibri" w:hAnsi="Calibri"/>
          <w:sz w:val="22"/>
        </w:rPr>
        <w:t>Would you say you miss that homemade food, or do you not remember?</w:t>
      </w:r>
    </w:p>
    <w:p w14:paraId="7DAF0B9E" w14:textId="77777777" w:rsidR="00E3383C" w:rsidRDefault="00E3383C" w:rsidP="00E3383C">
      <w:r>
        <w:rPr>
          <w:rFonts w:ascii="Calibri" w:hAnsi="Calibri"/>
          <w:b/>
          <w:sz w:val="22"/>
        </w:rPr>
        <w:t xml:space="preserve">Interviewee: </w:t>
      </w:r>
      <w:r>
        <w:rPr>
          <w:rFonts w:ascii="Calibri" w:hAnsi="Calibri"/>
          <w:sz w:val="22"/>
        </w:rPr>
        <w:t>I still have that, that smell, the taste for sure, but yeah, that was a while ago, so...</w:t>
      </w:r>
    </w:p>
    <w:p w14:paraId="3F5DAC00" w14:textId="77777777" w:rsidR="00E3383C" w:rsidRDefault="00E3383C" w:rsidP="00E3383C">
      <w:r>
        <w:rPr>
          <w:rFonts w:ascii="Calibri" w:hAnsi="Calibri"/>
          <w:b/>
          <w:sz w:val="22"/>
        </w:rPr>
        <w:t xml:space="preserve">Interviewer: </w:t>
      </w:r>
      <w:r>
        <w:rPr>
          <w:rFonts w:ascii="Calibri" w:hAnsi="Calibri"/>
          <w:sz w:val="22"/>
        </w:rPr>
        <w:t>What about, for example, if you ever moved or have now moved in with your family, I mean, where you have a family, did you carry over any of those eating traditions, even for holidays, to your new family, or did you completely adapt to the new environment? Or did you rather adopt the customs of the family you are with now?</w:t>
      </w:r>
    </w:p>
    <w:p w14:paraId="079C62BB" w14:textId="77777777" w:rsidR="00E3383C" w:rsidRDefault="00E3383C" w:rsidP="00E3383C">
      <w:r>
        <w:rPr>
          <w:rFonts w:ascii="Calibri" w:hAnsi="Calibri"/>
          <w:b/>
          <w:sz w:val="22"/>
        </w:rPr>
        <w:t xml:space="preserve">Interviewee: </w:t>
      </w:r>
      <w:r>
        <w:rPr>
          <w:rFonts w:ascii="Calibri" w:hAnsi="Calibri"/>
          <w:sz w:val="22"/>
        </w:rPr>
        <w:t xml:space="preserve">Well, I think I have, yes, gone with the flow of the family, and I </w:t>
      </w:r>
      <w:proofErr w:type="gramStart"/>
      <w:r>
        <w:rPr>
          <w:rFonts w:ascii="Calibri" w:hAnsi="Calibri"/>
          <w:sz w:val="22"/>
        </w:rPr>
        <w:t>didn't</w:t>
      </w:r>
      <w:proofErr w:type="gramEnd"/>
      <w:r>
        <w:rPr>
          <w:rFonts w:ascii="Calibri" w:hAnsi="Calibri"/>
          <w:sz w:val="22"/>
        </w:rPr>
        <w:t xml:space="preserve"> really bring many of my own habits with me, you know.</w:t>
      </w:r>
    </w:p>
    <w:p w14:paraId="15845489" w14:textId="77777777" w:rsidR="00E3383C" w:rsidRDefault="00E3383C" w:rsidP="00E3383C">
      <w:r>
        <w:rPr>
          <w:rFonts w:ascii="Calibri" w:hAnsi="Calibri"/>
          <w:b/>
          <w:sz w:val="22"/>
        </w:rPr>
        <w:t xml:space="preserve">Interviewer: </w:t>
      </w:r>
      <w:r>
        <w:rPr>
          <w:rFonts w:ascii="Calibri" w:hAnsi="Calibri"/>
          <w:sz w:val="22"/>
        </w:rPr>
        <w:t>What traditional practices, regarding food and health, have you kept, say, from childhood all the way to adulthood, and perhaps passed on to your own children? Is there anything like that? Are you more mindful now, as a parent yourself, that your children also eat healthier?</w:t>
      </w:r>
    </w:p>
    <w:p w14:paraId="10ABD2E1" w14:textId="77777777" w:rsidR="00E3383C" w:rsidRDefault="00E3383C" w:rsidP="00E3383C">
      <w:r>
        <w:rPr>
          <w:rFonts w:ascii="Calibri" w:hAnsi="Calibri"/>
          <w:b/>
          <w:sz w:val="22"/>
        </w:rPr>
        <w:t xml:space="preserve">Interviewee: </w:t>
      </w:r>
      <w:r>
        <w:rPr>
          <w:rFonts w:ascii="Calibri" w:hAnsi="Calibri"/>
          <w:sz w:val="22"/>
        </w:rPr>
        <w:t xml:space="preserve">Well yes, for example... I </w:t>
      </w:r>
      <w:proofErr w:type="gramStart"/>
      <w:r>
        <w:rPr>
          <w:rFonts w:ascii="Calibri" w:hAnsi="Calibri"/>
          <w:sz w:val="22"/>
        </w:rPr>
        <w:t>don't</w:t>
      </w:r>
      <w:proofErr w:type="gramEnd"/>
      <w:r>
        <w:rPr>
          <w:rFonts w:ascii="Calibri" w:hAnsi="Calibri"/>
          <w:sz w:val="22"/>
        </w:rPr>
        <w:t xml:space="preserve"> know, I want to introduce to their menu that there is, if possible, soup every day, for example. </w:t>
      </w:r>
      <w:proofErr w:type="gramStart"/>
      <w:r>
        <w:rPr>
          <w:rFonts w:ascii="Calibri" w:hAnsi="Calibri"/>
          <w:sz w:val="22"/>
        </w:rPr>
        <w:t>That's</w:t>
      </w:r>
      <w:proofErr w:type="gramEnd"/>
      <w:r>
        <w:rPr>
          <w:rFonts w:ascii="Calibri" w:hAnsi="Calibri"/>
          <w:sz w:val="22"/>
        </w:rPr>
        <w:t xml:space="preserve"> very good for the whole body, you know, for the immune system. And as little meat as possible.</w:t>
      </w:r>
    </w:p>
    <w:p w14:paraId="2AC5C3AD" w14:textId="77777777" w:rsidR="00E3383C" w:rsidRDefault="00E3383C" w:rsidP="00E3383C">
      <w:r>
        <w:rPr>
          <w:rFonts w:ascii="Calibri" w:hAnsi="Calibri"/>
          <w:b/>
          <w:sz w:val="22"/>
        </w:rPr>
        <w:t xml:space="preserve">Interviewer: </w:t>
      </w:r>
      <w:r>
        <w:rPr>
          <w:rFonts w:ascii="Calibri" w:hAnsi="Calibri"/>
          <w:sz w:val="22"/>
        </w:rPr>
        <w:t>What about that practice of your father's, when you as a child ate a lot of honey, or rather, a spoonful of honey every day? What about that practice now with your children?</w:t>
      </w:r>
    </w:p>
    <w:p w14:paraId="7FF097B0" w14:textId="77777777" w:rsidR="00E3383C" w:rsidRDefault="00E3383C" w:rsidP="00E3383C">
      <w:r>
        <w:rPr>
          <w:rFonts w:ascii="Calibri" w:hAnsi="Calibri"/>
          <w:b/>
          <w:sz w:val="22"/>
        </w:rPr>
        <w:t xml:space="preserve">Interviewee: </w:t>
      </w:r>
      <w:r>
        <w:rPr>
          <w:rFonts w:ascii="Calibri" w:hAnsi="Calibri"/>
          <w:sz w:val="22"/>
        </w:rPr>
        <w:t xml:space="preserve">We are introducing that too, yes, but nowadays, I </w:t>
      </w:r>
      <w:proofErr w:type="gramStart"/>
      <w:r>
        <w:rPr>
          <w:rFonts w:ascii="Calibri" w:hAnsi="Calibri"/>
          <w:sz w:val="22"/>
        </w:rPr>
        <w:t>don't</w:t>
      </w:r>
      <w:proofErr w:type="gramEnd"/>
      <w:r>
        <w:rPr>
          <w:rFonts w:ascii="Calibri" w:hAnsi="Calibri"/>
          <w:sz w:val="22"/>
        </w:rPr>
        <w:t xml:space="preserve"> know, my children, for example, don't love it.</w:t>
      </w:r>
    </w:p>
    <w:p w14:paraId="4BF844F4" w14:textId="77777777" w:rsidR="00E3383C" w:rsidRDefault="00E3383C" w:rsidP="00E3383C">
      <w:r>
        <w:rPr>
          <w:rFonts w:ascii="Calibri" w:hAnsi="Calibri"/>
          <w:b/>
          <w:sz w:val="22"/>
        </w:rPr>
        <w:t xml:space="preserve">Interviewer: </w:t>
      </w:r>
      <w:r>
        <w:rPr>
          <w:rFonts w:ascii="Calibri" w:hAnsi="Calibri"/>
          <w:sz w:val="22"/>
        </w:rPr>
        <w:t>Interesting. What is your diet like today, for example? Now in adulthood, what do you eat the most of? Is there a certain food that you, I do not know, either love or perhaps even miss now in adulthood?</w:t>
      </w:r>
    </w:p>
    <w:p w14:paraId="0E7A34F6" w14:textId="77777777" w:rsidR="00E3383C" w:rsidRDefault="00E3383C" w:rsidP="00E3383C">
      <w:r>
        <w:rPr>
          <w:rFonts w:ascii="Calibri" w:hAnsi="Calibri"/>
          <w:b/>
          <w:sz w:val="22"/>
        </w:rPr>
        <w:t xml:space="preserve">Interviewee: </w:t>
      </w:r>
      <w:r>
        <w:rPr>
          <w:rFonts w:ascii="Calibri" w:hAnsi="Calibri"/>
          <w:sz w:val="22"/>
        </w:rPr>
        <w:t xml:space="preserve">Yes, nowadays the diet is really diverse, very diverse. Yes, but I miss more of those... dishes eaten with a spoon, for example, how would I call them, like, you know, where everything is mixed in a soup, with potatoes, with vegetables, you know, meat... just really light, easy dishes, </w:t>
      </w:r>
      <w:proofErr w:type="gramStart"/>
      <w:r>
        <w:rPr>
          <w:rFonts w:ascii="Calibri" w:hAnsi="Calibri"/>
          <w:sz w:val="22"/>
        </w:rPr>
        <w:t>let's</w:t>
      </w:r>
      <w:proofErr w:type="gramEnd"/>
      <w:r>
        <w:rPr>
          <w:rFonts w:ascii="Calibri" w:hAnsi="Calibri"/>
          <w:sz w:val="22"/>
        </w:rPr>
        <w:t xml:space="preserve"> say.</w:t>
      </w:r>
    </w:p>
    <w:p w14:paraId="014E7F90" w14:textId="77777777" w:rsidR="00E3383C" w:rsidRDefault="00E3383C" w:rsidP="00E3383C">
      <w:r>
        <w:rPr>
          <w:rFonts w:ascii="Calibri" w:hAnsi="Calibri"/>
          <w:b/>
          <w:sz w:val="22"/>
        </w:rPr>
        <w:t xml:space="preserve">Interviewer: </w:t>
      </w:r>
      <w:r>
        <w:rPr>
          <w:rFonts w:ascii="Calibri" w:hAnsi="Calibri"/>
          <w:sz w:val="22"/>
        </w:rPr>
        <w:t>Maybe one question in between. We often talk about traditional Roma food. Are there any dishes that you know or still prepare or cook at home that are, for example, characteristic of the Roma people?</w:t>
      </w:r>
    </w:p>
    <w:p w14:paraId="3B8061A6" w14:textId="77777777" w:rsidR="00E3383C" w:rsidRDefault="00E3383C" w:rsidP="00E3383C">
      <w:r>
        <w:rPr>
          <w:rFonts w:ascii="Calibri" w:hAnsi="Calibri"/>
          <w:b/>
          <w:sz w:val="22"/>
        </w:rPr>
        <w:t xml:space="preserve">Interviewee: </w:t>
      </w:r>
      <w:r>
        <w:rPr>
          <w:rFonts w:ascii="Calibri" w:hAnsi="Calibri"/>
          <w:sz w:val="22"/>
        </w:rPr>
        <w:t xml:space="preserve">I </w:t>
      </w:r>
      <w:proofErr w:type="gramStart"/>
      <w:r>
        <w:rPr>
          <w:rFonts w:ascii="Calibri" w:hAnsi="Calibri"/>
          <w:sz w:val="22"/>
        </w:rPr>
        <w:t>don't</w:t>
      </w:r>
      <w:proofErr w:type="gramEnd"/>
      <w:r>
        <w:rPr>
          <w:rFonts w:ascii="Calibri" w:hAnsi="Calibri"/>
          <w:sz w:val="22"/>
        </w:rPr>
        <w:t xml:space="preserve"> know, from cauldron flatbread, dumplings, spoon dumplings, for example. Yes, </w:t>
      </w:r>
      <w:proofErr w:type="spellStart"/>
      <w:r>
        <w:rPr>
          <w:rFonts w:ascii="Calibri" w:hAnsi="Calibri"/>
          <w:sz w:val="22"/>
        </w:rPr>
        <w:t>gombovci</w:t>
      </w:r>
      <w:proofErr w:type="spellEnd"/>
      <w:r>
        <w:rPr>
          <w:rFonts w:ascii="Calibri" w:hAnsi="Calibri"/>
          <w:sz w:val="22"/>
        </w:rPr>
        <w:t xml:space="preserve"> (dumplings). </w:t>
      </w:r>
      <w:proofErr w:type="gramStart"/>
      <w:r>
        <w:rPr>
          <w:rFonts w:ascii="Calibri" w:hAnsi="Calibri"/>
          <w:sz w:val="22"/>
        </w:rPr>
        <w:t>That's</w:t>
      </w:r>
      <w:proofErr w:type="gramEnd"/>
      <w:r>
        <w:rPr>
          <w:rFonts w:ascii="Calibri" w:hAnsi="Calibri"/>
          <w:sz w:val="22"/>
        </w:rPr>
        <w:t xml:space="preserve"> also, I think that's even my best, my favorite, how should I put it, the best Gypsy food.</w:t>
      </w:r>
    </w:p>
    <w:p w14:paraId="472EE8D5" w14:textId="77777777" w:rsidR="00E3383C" w:rsidRDefault="00E3383C" w:rsidP="00E3383C">
      <w:r>
        <w:rPr>
          <w:rFonts w:ascii="Calibri" w:hAnsi="Calibri"/>
          <w:b/>
          <w:sz w:val="22"/>
        </w:rPr>
        <w:t xml:space="preserve">Interviewer: </w:t>
      </w:r>
      <w:r>
        <w:rPr>
          <w:rFonts w:ascii="Calibri" w:hAnsi="Calibri"/>
          <w:sz w:val="22"/>
        </w:rPr>
        <w:t xml:space="preserve">And how do you yourself understand this connection between food, also during holidays, and health? I do not know, do you make sure during holidays that not everything on the table is just good, but also healthy, or not really? Or are the quantities what you limit? I do not </w:t>
      </w:r>
      <w:proofErr w:type="gramStart"/>
      <w:r>
        <w:rPr>
          <w:rFonts w:ascii="Calibri" w:hAnsi="Calibri"/>
          <w:sz w:val="22"/>
        </w:rPr>
        <w:t>know,</w:t>
      </w:r>
      <w:proofErr w:type="gramEnd"/>
      <w:r>
        <w:rPr>
          <w:rFonts w:ascii="Calibri" w:hAnsi="Calibri"/>
          <w:sz w:val="22"/>
        </w:rPr>
        <w:t xml:space="preserve"> how do you see that connection? Is it important at all to pay attention to healthy food?</w:t>
      </w:r>
    </w:p>
    <w:p w14:paraId="6DA71C47" w14:textId="77777777" w:rsidR="00E3383C" w:rsidRDefault="00E3383C" w:rsidP="00E3383C">
      <w:r>
        <w:rPr>
          <w:rFonts w:ascii="Calibri" w:hAnsi="Calibri"/>
          <w:b/>
          <w:sz w:val="22"/>
        </w:rPr>
        <w:t xml:space="preserve">Interviewee: </w:t>
      </w:r>
      <w:r>
        <w:rPr>
          <w:rFonts w:ascii="Calibri" w:hAnsi="Calibri"/>
          <w:sz w:val="22"/>
        </w:rPr>
        <w:t>Yes, mostly now, as you mentioned the holidays, right, for me, the point is that we are all together, you know. And the food is then that part of the enjoyment, you know, that we enjoy it.</w:t>
      </w:r>
    </w:p>
    <w:p w14:paraId="3EF4B506" w14:textId="77777777" w:rsidR="00E3383C" w:rsidRDefault="00E3383C" w:rsidP="00E3383C">
      <w:r>
        <w:rPr>
          <w:rFonts w:ascii="Calibri" w:hAnsi="Calibri"/>
          <w:b/>
          <w:sz w:val="22"/>
        </w:rPr>
        <w:t xml:space="preserve">Interviewer: </w:t>
      </w:r>
      <w:r>
        <w:rPr>
          <w:rFonts w:ascii="Calibri" w:hAnsi="Calibri"/>
          <w:sz w:val="22"/>
        </w:rPr>
        <w:t>Is it important to you, for example, that you also eat healthy yourself?</w:t>
      </w:r>
    </w:p>
    <w:p w14:paraId="4CD169F1" w14:textId="77777777" w:rsidR="00E3383C" w:rsidRDefault="00E3383C" w:rsidP="00E3383C">
      <w:r>
        <w:rPr>
          <w:rFonts w:ascii="Calibri" w:hAnsi="Calibri"/>
          <w:b/>
          <w:sz w:val="22"/>
        </w:rPr>
        <w:t xml:space="preserve">Interviewee: </w:t>
      </w:r>
      <w:r>
        <w:rPr>
          <w:rFonts w:ascii="Calibri" w:hAnsi="Calibri"/>
          <w:sz w:val="22"/>
        </w:rPr>
        <w:t xml:space="preserve">Well, </w:t>
      </w:r>
      <w:proofErr w:type="gramStart"/>
      <w:r>
        <w:rPr>
          <w:rFonts w:ascii="Calibri" w:hAnsi="Calibri"/>
          <w:sz w:val="22"/>
        </w:rPr>
        <w:t>let's</w:t>
      </w:r>
      <w:proofErr w:type="gramEnd"/>
      <w:r>
        <w:rPr>
          <w:rFonts w:ascii="Calibri" w:hAnsi="Calibri"/>
          <w:sz w:val="22"/>
        </w:rPr>
        <w:t xml:space="preserve"> say to a certain extent, of course, that I take into account, that it's not every day, you know, too much fat, for example, on the menu. Just that </w:t>
      </w:r>
      <w:proofErr w:type="gramStart"/>
      <w:r>
        <w:rPr>
          <w:rFonts w:ascii="Calibri" w:hAnsi="Calibri"/>
          <w:sz w:val="22"/>
        </w:rPr>
        <w:t>it's</w:t>
      </w:r>
      <w:proofErr w:type="gramEnd"/>
      <w:r>
        <w:rPr>
          <w:rFonts w:ascii="Calibri" w:hAnsi="Calibri"/>
          <w:sz w:val="22"/>
        </w:rPr>
        <w:t xml:space="preserve"> not, you know, a lot of, how should I put it, fast food, for example. That </w:t>
      </w:r>
      <w:proofErr w:type="gramStart"/>
      <w:r>
        <w:rPr>
          <w:rFonts w:ascii="Calibri" w:hAnsi="Calibri"/>
          <w:sz w:val="22"/>
        </w:rPr>
        <w:t>it's</w:t>
      </w:r>
      <w:proofErr w:type="gramEnd"/>
      <w:r>
        <w:rPr>
          <w:rFonts w:ascii="Calibri" w:hAnsi="Calibri"/>
          <w:sz w:val="22"/>
        </w:rPr>
        <w:t xml:space="preserve"> mostly, if possible, food eaten with a spoon.</w:t>
      </w:r>
    </w:p>
    <w:p w14:paraId="18DA1653" w14:textId="77777777" w:rsidR="00E3383C" w:rsidRDefault="00E3383C" w:rsidP="00E3383C">
      <w:r>
        <w:rPr>
          <w:rFonts w:ascii="Calibri" w:hAnsi="Calibri"/>
          <w:b/>
          <w:sz w:val="22"/>
        </w:rPr>
        <w:t xml:space="preserve">Interviewer: </w:t>
      </w:r>
      <w:r>
        <w:rPr>
          <w:rFonts w:ascii="Calibri" w:hAnsi="Calibri"/>
          <w:sz w:val="22"/>
        </w:rPr>
        <w:t>What about the intake of vegetables in your diet? You know, we always hear that Roma people like to eat a lot of meat. What about vegetables? You also mentioned that you miss organic food from the garden, for example. So, how many vegetables are consumed?</w:t>
      </w:r>
    </w:p>
    <w:p w14:paraId="0197247B" w14:textId="77777777" w:rsidR="00E3383C" w:rsidRDefault="00E3383C" w:rsidP="00E3383C">
      <w:r>
        <w:rPr>
          <w:rFonts w:ascii="Calibri" w:hAnsi="Calibri"/>
          <w:b/>
          <w:sz w:val="22"/>
        </w:rPr>
        <w:t xml:space="preserve">Interviewee: </w:t>
      </w:r>
      <w:r>
        <w:rPr>
          <w:rFonts w:ascii="Calibri" w:hAnsi="Calibri"/>
          <w:sz w:val="22"/>
        </w:rPr>
        <w:t>I think the only vegetables, at least at our home, are in the salad.</w:t>
      </w:r>
    </w:p>
    <w:p w14:paraId="1E5F2A40" w14:textId="77777777" w:rsidR="00E3383C" w:rsidRDefault="00E3383C" w:rsidP="00E3383C">
      <w:r>
        <w:rPr>
          <w:rFonts w:ascii="Calibri" w:hAnsi="Calibri"/>
          <w:b/>
          <w:sz w:val="22"/>
        </w:rPr>
        <w:t xml:space="preserve">Interviewer: </w:t>
      </w:r>
      <w:r>
        <w:rPr>
          <w:rFonts w:ascii="Calibri" w:hAnsi="Calibri"/>
          <w:sz w:val="22"/>
        </w:rPr>
        <w:t>Just that?</w:t>
      </w:r>
    </w:p>
    <w:p w14:paraId="43E48921" w14:textId="77777777" w:rsidR="00E3383C" w:rsidRDefault="00E3383C" w:rsidP="00E3383C">
      <w:r>
        <w:rPr>
          <w:rFonts w:ascii="Calibri" w:hAnsi="Calibri"/>
          <w:b/>
          <w:sz w:val="22"/>
        </w:rPr>
        <w:t xml:space="preserve">Interviewee: </w:t>
      </w:r>
      <w:r>
        <w:rPr>
          <w:rFonts w:ascii="Calibri" w:hAnsi="Calibri"/>
          <w:sz w:val="22"/>
        </w:rPr>
        <w:t>I think so, yeah.</w:t>
      </w:r>
    </w:p>
    <w:p w14:paraId="316D9EF4" w14:textId="77777777" w:rsidR="00E3383C" w:rsidRDefault="00E3383C" w:rsidP="00E3383C">
      <w:r>
        <w:rPr>
          <w:rFonts w:ascii="Calibri" w:hAnsi="Calibri"/>
          <w:b/>
          <w:sz w:val="22"/>
        </w:rPr>
        <w:t xml:space="preserve">Interviewer: </w:t>
      </w:r>
      <w:r>
        <w:rPr>
          <w:rFonts w:ascii="Calibri" w:hAnsi="Calibri"/>
          <w:sz w:val="22"/>
        </w:rPr>
        <w:t>OK.</w:t>
      </w:r>
      <w:bookmarkEnd w:id="0"/>
      <w:bookmarkEnd w:id="1"/>
    </w:p>
    <w:p w14:paraId="6C6CD5D3" w14:textId="06377608" w:rsidR="00E17D0E" w:rsidRDefault="00E17D0E"/>
    <w:sectPr w:rsidR="00E17D0E" w:rsidSect="00BC21C9">
      <w:headerReference w:type="default" r:id="rId8"/>
      <w:pgSz w:w="12240" w:h="15840"/>
      <w:pgMar w:top="1008" w:right="1152" w:bottom="1008" w:left="1152"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FAD8" w14:textId="77777777" w:rsidR="00AD44DC" w:rsidRDefault="00AD44DC" w:rsidP="00BC21C9">
      <w:pPr>
        <w:spacing w:after="0" w:line="240" w:lineRule="auto"/>
      </w:pPr>
      <w:r>
        <w:separator/>
      </w:r>
    </w:p>
  </w:endnote>
  <w:endnote w:type="continuationSeparator" w:id="0">
    <w:p w14:paraId="6D1CAB05" w14:textId="77777777" w:rsidR="00AD44DC" w:rsidRDefault="00AD44DC" w:rsidP="00BC2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65F7A" w14:textId="77777777" w:rsidR="00AD44DC" w:rsidRDefault="00AD44DC" w:rsidP="00BC21C9">
      <w:pPr>
        <w:spacing w:after="0" w:line="240" w:lineRule="auto"/>
      </w:pPr>
      <w:r>
        <w:separator/>
      </w:r>
    </w:p>
  </w:footnote>
  <w:footnote w:type="continuationSeparator" w:id="0">
    <w:p w14:paraId="5C2FDF58" w14:textId="77777777" w:rsidR="00AD44DC" w:rsidRDefault="00AD44DC" w:rsidP="00BC2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5414" w14:textId="77777777" w:rsidR="00BC21C9" w:rsidRDefault="00BC21C9">
    <w:pPr>
      <w:pStyle w:val="Header"/>
    </w:pPr>
    <w:r>
      <w:rPr>
        <w:noProof/>
      </w:rPr>
      <w:drawing>
        <wp:anchor distT="0" distB="0" distL="114300" distR="114300" simplePos="0" relativeHeight="251658240" behindDoc="1" locked="0" layoutInCell="1" allowOverlap="1" wp14:anchorId="1B26AAEF" wp14:editId="35784DB8">
          <wp:simplePos x="0" y="0"/>
          <wp:positionH relativeFrom="column">
            <wp:posOffset>8890</wp:posOffset>
          </wp:positionH>
          <wp:positionV relativeFrom="paragraph">
            <wp:posOffset>-568062</wp:posOffset>
          </wp:positionV>
          <wp:extent cx="6309360" cy="70104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309360"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BC9"/>
    <w:rsid w:val="00034616"/>
    <w:rsid w:val="0006063C"/>
    <w:rsid w:val="0015074B"/>
    <w:rsid w:val="0029639D"/>
    <w:rsid w:val="00326F90"/>
    <w:rsid w:val="005919D7"/>
    <w:rsid w:val="006247F4"/>
    <w:rsid w:val="00AA1D8D"/>
    <w:rsid w:val="00AD44DC"/>
    <w:rsid w:val="00B47730"/>
    <w:rsid w:val="00BC21C9"/>
    <w:rsid w:val="00CB0664"/>
    <w:rsid w:val="00D55F54"/>
    <w:rsid w:val="00D9798C"/>
    <w:rsid w:val="00E17D0E"/>
    <w:rsid w:val="00E338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D88B82"/>
  <w14:defaultImageDpi w14:val="300"/>
  <w15:docId w15:val="{C13C7412-5524-9448-BF5D-836DB23F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Jožica Horvat</dc:title>
  <dc:subject>Roma Soul Food project interview transcript</dc:subject>
  <dc:creator>python-docx</dc:creator>
  <cp:keywords/>
  <dc:description>generated by python-docx</dc:description>
  <cp:lastModifiedBy>Microsoft Office User</cp:lastModifiedBy>
  <cp:revision>2</cp:revision>
  <dcterms:created xsi:type="dcterms:W3CDTF">2026-05-15T16:21:00Z</dcterms:created>
  <dcterms:modified xsi:type="dcterms:W3CDTF">2026-05-15T16:21:00Z</dcterms:modified>
  <cp:category/>
</cp:coreProperties>
</file>