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93973D" w14:textId="77777777" w:rsidR="005919D7" w:rsidRDefault="00015BC9">
      <w:pPr>
        <w:pStyle w:val="Title"/>
        <w:jc w:val="center"/>
      </w:pPr>
      <w:r>
        <w:rPr>
          <w:b/>
        </w:rPr>
        <w:t>Transcript: Interview with Samantha Baranja</w:t>
      </w:r>
    </w:p>
    <w:p w14:paraId="481DEAC2" w14:textId="77777777" w:rsidR="005919D7" w:rsidRDefault="00015BC9">
      <w:pPr>
        <w:jc w:val="center"/>
      </w:pPr>
      <w:r>
        <w:rPr>
          <w:i/>
        </w:rPr>
        <w:t>Roma Soul Food project</w:t>
      </w:r>
    </w:p>
    <w:p w14:paraId="7CA8F5F5" w14:textId="2B4FB9CB" w:rsidR="005919D7" w:rsidRDefault="00015BC9">
      <w:pPr>
        <w:spacing w:before="120" w:after="60"/>
      </w:pPr>
      <w:r>
        <w:rPr>
          <w:b/>
        </w:rPr>
        <w:t xml:space="preserve">Interviewer: </w:t>
      </w:r>
      <w:r>
        <w:t xml:space="preserve">To start, </w:t>
      </w:r>
      <w:r>
        <w:t>introduce yourself with your name and surname, so we know who we are talking to.</w:t>
      </w:r>
    </w:p>
    <w:p w14:paraId="78F0B8A7" w14:textId="77777777" w:rsidR="005919D7" w:rsidRDefault="00015BC9">
      <w:pPr>
        <w:spacing w:before="120" w:after="60"/>
      </w:pPr>
      <w:r>
        <w:rPr>
          <w:b/>
        </w:rPr>
        <w:t xml:space="preserve">Interviewee: </w:t>
      </w:r>
      <w:r>
        <w:t>Samantha Baranja.</w:t>
      </w:r>
    </w:p>
    <w:p w14:paraId="45E8DA3A" w14:textId="77777777" w:rsidR="005919D7" w:rsidRDefault="00015BC9">
      <w:pPr>
        <w:spacing w:before="120" w:after="60"/>
      </w:pPr>
      <w:r>
        <w:rPr>
          <w:b/>
        </w:rPr>
        <w:t xml:space="preserve">Interviewer: </w:t>
      </w:r>
      <w:r>
        <w:t>Roma cuisine, Roma food. If we go back to your childhood, what was your diet like and which dishes, including ingredients, were typ</w:t>
      </w:r>
      <w:r>
        <w:t>ical for your hometown?</w:t>
      </w:r>
    </w:p>
    <w:p w14:paraId="1108AAC8" w14:textId="77777777" w:rsidR="005919D7" w:rsidRDefault="00015BC9">
      <w:pPr>
        <w:spacing w:before="120" w:after="60"/>
      </w:pPr>
      <w:r>
        <w:rPr>
          <w:b/>
        </w:rPr>
        <w:t xml:space="preserve">Interviewee: </w:t>
      </w:r>
      <w:r>
        <w:t xml:space="preserve">Basically, let me first say that I have quite fond memories of my childhood, as far as eating is concerned. In our kitchen, there was basically a lot of homemade stuff, a lot of authentic food, tied to Roma customs. We </w:t>
      </w:r>
      <w:r>
        <w:t>often cooked a sort of dish, in Romani it's called nokelen, basically a kind of, well, a type of stew. I actually really, really liked that. We prepared many dishes, like for example parado humer. Like torn pasta with eggs. Then gomboce, dumplings. There w</w:t>
      </w:r>
      <w:r>
        <w:t>as also a lot of cabbage pasta, which is really a custom in the Roma community itself. So there were many of these typical Roma dishes. But if I look a bit broader, I can say that there was also a lot of bread on our menu, a lot of meat, a lot of pasta. Ma</w:t>
      </w:r>
      <w:r>
        <w:t>ybe a bit less fruit and vegetables. On special occasions, us children, of course, also got some chocolate or sweets.</w:t>
      </w:r>
    </w:p>
    <w:p w14:paraId="148C679E" w14:textId="77777777" w:rsidR="005919D7" w:rsidRDefault="00015BC9">
      <w:pPr>
        <w:spacing w:before="120" w:after="60"/>
      </w:pPr>
      <w:r>
        <w:rPr>
          <w:b/>
        </w:rPr>
        <w:t xml:space="preserve">Interviewer: </w:t>
      </w:r>
      <w:r>
        <w:t>Would you say the dishes were simpler, simply made?</w:t>
      </w:r>
    </w:p>
    <w:p w14:paraId="696FCB46" w14:textId="77777777" w:rsidR="005919D7" w:rsidRDefault="00015BC9">
      <w:pPr>
        <w:spacing w:before="120" w:after="60"/>
      </w:pPr>
      <w:r>
        <w:rPr>
          <w:b/>
        </w:rPr>
        <w:t xml:space="preserve">Interviewee: </w:t>
      </w:r>
      <w:r>
        <w:t>Yes, simpler and more humble, more authentic. Nowadays, howe</w:t>
      </w:r>
      <w:r>
        <w:t>ver, we notice, at least in the environment where I grew up, that there are perhaps fewer of these typical Roma dishes than in the past.</w:t>
      </w:r>
    </w:p>
    <w:p w14:paraId="00D62316" w14:textId="77777777" w:rsidR="005919D7" w:rsidRDefault="00015BC9">
      <w:pPr>
        <w:spacing w:before="120" w:after="60"/>
      </w:pPr>
      <w:r>
        <w:rPr>
          <w:b/>
        </w:rPr>
        <w:t xml:space="preserve">Interviewer: </w:t>
      </w:r>
      <w:r>
        <w:t>What about food during holidays, I don't know, at Christmas, Easter, perhaps even a day of fasting? Are th</w:t>
      </w:r>
      <w:r>
        <w:t>ese days, festive days, also connected to food?</w:t>
      </w:r>
    </w:p>
    <w:p w14:paraId="320CB0A0" w14:textId="77777777" w:rsidR="005919D7" w:rsidRDefault="00015BC9">
      <w:pPr>
        <w:spacing w:before="120" w:after="60"/>
      </w:pPr>
      <w:r>
        <w:rPr>
          <w:b/>
        </w:rPr>
        <w:t xml:space="preserve">Interviewee: </w:t>
      </w:r>
      <w:r>
        <w:t>Yes, essentially we looked forward to these holidays mainly for the food and socializing. Because food in the Roma community is really very important, you know. Also in the Roma community, actual</w:t>
      </w:r>
      <w:r>
        <w:t>ly in a way, it holds true that love goes through the stomach, and we basically often stick to this and in a way promote it too. Now, in principle, in our family we didn't have, I don't know, a Christmas Eve dinner. For us, the Christmas lunch was basicall</w:t>
      </w:r>
      <w:r>
        <w:t>y more prevalent. Right on December 25th. That was when very hearty meals were really prepared, which we actually really, really looked forward to. At our place, for example, the focus was on this turkey, which was basically stuffed with bread dumplings. T</w:t>
      </w:r>
      <w:r>
        <w:t xml:space="preserve">hen, for example, French salad. We basically shouldn't forget boiled beef, mashed potatoes, horseradish. And of course, beef soup. In the end, a dessert usually followed. Meaning, it was a slightly larger meal as part of this Christmas lunch. Easter, just </w:t>
      </w:r>
      <w:r>
        <w:t xml:space="preserve">like usually for everyone else, say, ham, horseradish, eggs, poppy seed potica or walnut potica, whatever one prefers. So, yes, in a way we basically often connected these holidays with food, with socializing, and these were really such beautiful, special </w:t>
      </w:r>
      <w:r>
        <w:t>moments.</w:t>
      </w:r>
    </w:p>
    <w:p w14:paraId="2BE0B55B" w14:textId="77777777" w:rsidR="005919D7" w:rsidRDefault="00015BC9">
      <w:pPr>
        <w:spacing w:before="120" w:after="60"/>
      </w:pPr>
      <w:r>
        <w:rPr>
          <w:b/>
        </w:rPr>
        <w:t xml:space="preserve">Interviewer: </w:t>
      </w:r>
      <w:r>
        <w:t>One such area that always stands out, is health and the Roma, their eating habits. How did you yourself, or your parents in childhood, and later for yourself, for your health, take care of yourself with the help of food, home remedies</w:t>
      </w:r>
      <w:r>
        <w:t>? Take care of yourself? Was there any emphasis at all on healthy food, food and health?</w:t>
      </w:r>
    </w:p>
    <w:p w14:paraId="669A311F" w14:textId="77777777" w:rsidR="005919D7" w:rsidRDefault="00015BC9">
      <w:pPr>
        <w:spacing w:before="120" w:after="60"/>
      </w:pPr>
      <w:r>
        <w:rPr>
          <w:b/>
        </w:rPr>
        <w:t xml:space="preserve">Interviewee: </w:t>
      </w:r>
      <w:r>
        <w:t>If I recall my years, in principle, we didn't give this any special emphasis. You just had to eat what you got on your plate. It was basically often said,</w:t>
      </w:r>
      <w:r>
        <w:t xml:space="preserve"> what you get, you basically have to eat, that food is basically not left on the plate and that food isn't thrown away, right. And that actually also means, that even if you were full, you generally didn't leave food, because food simply isn't thrown away.</w:t>
      </w:r>
      <w:r>
        <w:t xml:space="preserve"> And you actually often overate, didn't you. I remember there was quite a lot of that in my childhood. In principle, this stays </w:t>
      </w:r>
      <w:r>
        <w:lastRenderedPageBreak/>
        <w:t>with you through adolescence and later, it generally stays with you, right. This mindset that you basically have to eat everythi</w:t>
      </w:r>
      <w:r>
        <w:t>ng you get. And it's actually hard to leave it, even if you are basically full.</w:t>
      </w:r>
    </w:p>
    <w:p w14:paraId="445B5847" w14:textId="77777777" w:rsidR="005919D7" w:rsidRDefault="00015BC9">
      <w:pPr>
        <w:spacing w:before="120" w:after="60"/>
      </w:pPr>
      <w:r>
        <w:rPr>
          <w:b/>
        </w:rPr>
        <w:t xml:space="preserve">Interviewer: </w:t>
      </w:r>
      <w:r>
        <w:t>Do you perhaps remember, how often you were sick in the past, I don't know, and what importance you attributed at that time to food for maintaining health? Did you</w:t>
      </w:r>
      <w:r>
        <w:t xml:space="preserve"> at all?</w:t>
      </w:r>
    </w:p>
    <w:p w14:paraId="7F566E10" w14:textId="77777777" w:rsidR="005919D7" w:rsidRDefault="00015BC9">
      <w:pPr>
        <w:spacing w:before="120" w:after="60"/>
      </w:pPr>
      <w:r>
        <w:rPr>
          <w:b/>
        </w:rPr>
        <w:t xml:space="preserve">Interviewee: </w:t>
      </w:r>
      <w:r>
        <w:t>I must say that I was very rarely sick in my childhood. I was lively, cheerful, generally I didn't have any special health problems. At some point I noticed that my weight started to increase and that at some point I was basically a b</w:t>
      </w:r>
      <w:r>
        <w:t xml:space="preserve">it chubby, plump. And basically I then decided myself to put an end to this. And I actually started a diet, maybe not in the most correct way, because in a period of my life, when I wanted to lose weight, those were the years from 15 onwards, let's say, I </w:t>
      </w:r>
      <w:r>
        <w:t>actually ate very little. And that wasn't good for my body. I did lose weight, but the days without food were generally hard. So later in the period, when I basically started life anew, when I moved out of the Roma settlement, I changed my eating habits co</w:t>
      </w:r>
      <w:r>
        <w:t>nsiderably. And focused more on fruit, veggies, healthier, whole grain foods. So even now I try to consume basically balanced food. But basically my problem is sugar. I have a sweet tooth and it's hard to resist chocolate or cookies.</w:t>
      </w:r>
    </w:p>
    <w:p w14:paraId="31C94696" w14:textId="77777777" w:rsidR="005919D7" w:rsidRDefault="00015BC9">
      <w:pPr>
        <w:spacing w:before="120" w:after="60"/>
      </w:pPr>
      <w:r>
        <w:rPr>
          <w:b/>
        </w:rPr>
        <w:t xml:space="preserve">Interviewer: </w:t>
      </w:r>
      <w:r>
        <w:t>A sub-que</w:t>
      </w:r>
      <w:r>
        <w:t>stion, but did you have to become aware yourself at this point, inform yourself about food, about the importance of food, what to eat, how much to eat, physical activity is also not negligible after all.</w:t>
      </w:r>
    </w:p>
    <w:p w14:paraId="11A5BC31" w14:textId="77777777" w:rsidR="005919D7" w:rsidRDefault="00015BC9">
      <w:pPr>
        <w:spacing w:before="120" w:after="60"/>
      </w:pPr>
      <w:r>
        <w:rPr>
          <w:b/>
        </w:rPr>
        <w:t xml:space="preserve">Interviewee: </w:t>
      </w:r>
      <w:r>
        <w:t>Yes, basically it came naturally. Becau</w:t>
      </w:r>
      <w:r>
        <w:t>se here and there, let's say, when I still lived in the Roma community, you heard "this isn't healthy", "less of this", "don't eat at night", but it didn't really touch me. Until I basically realized it myself in a way, that a healthy lifestyle is very imp</w:t>
      </w:r>
      <w:r>
        <w:t>ortant for our health basically.</w:t>
      </w:r>
    </w:p>
    <w:p w14:paraId="1E315328" w14:textId="77777777" w:rsidR="005919D7" w:rsidRDefault="00015BC9">
      <w:pPr>
        <w:spacing w:before="120" w:after="60"/>
      </w:pPr>
      <w:r>
        <w:rPr>
          <w:b/>
        </w:rPr>
        <w:t xml:space="preserve">Interviewer: </w:t>
      </w:r>
      <w:r>
        <w:t>How do you think, I don't know, moving, you also moved in your life, life changes influenced your eating habits? Also holiday customs, once you move out of the community?</w:t>
      </w:r>
    </w:p>
    <w:p w14:paraId="654FF793" w14:textId="77777777" w:rsidR="005919D7" w:rsidRDefault="00015BC9">
      <w:pPr>
        <w:spacing w:before="120" w:after="60"/>
      </w:pPr>
      <w:r>
        <w:rPr>
          <w:b/>
        </w:rPr>
        <w:t xml:space="preserve">Interviewee: </w:t>
      </w:r>
      <w:r>
        <w:t>Just like I basically alre</w:t>
      </w:r>
      <w:r>
        <w:t>ady said. To me, food in the Roma community back then and even now basically means a lot, because I like to eat and enjoy food. And say now, when I'm on my own, when I no longer live in the Roma community, in principle I don't prepare traditional Roma dish</w:t>
      </w:r>
      <w:r>
        <w:t>es. I try to introduce balanced food into my menu, with a focus on healthier foods. But I absolutely love every weekend when I return to the Roma community for a Sunday lunch, so I can taste this authentic home food. So that is the practice regarding prese</w:t>
      </w:r>
      <w:r>
        <w:t>rving traditional Roma dishes.</w:t>
      </w:r>
    </w:p>
    <w:p w14:paraId="47D9BEA2" w14:textId="77777777" w:rsidR="005919D7" w:rsidRDefault="00015BC9">
      <w:pPr>
        <w:spacing w:before="120" w:after="60"/>
      </w:pPr>
      <w:r>
        <w:rPr>
          <w:b/>
        </w:rPr>
        <w:t xml:space="preserve">Interviewer: </w:t>
      </w:r>
      <w:r>
        <w:t>What about some of these practices regarding food, health, did you perhaps carry over from the community into your life now, when you no longer live in the community?</w:t>
      </w:r>
    </w:p>
    <w:p w14:paraId="07732CD7" w14:textId="77777777" w:rsidR="005919D7" w:rsidRDefault="00015BC9">
      <w:pPr>
        <w:spacing w:before="120" w:after="60"/>
      </w:pPr>
      <w:r>
        <w:rPr>
          <w:b/>
        </w:rPr>
        <w:t xml:space="preserve">Interviewee: </w:t>
      </w:r>
      <w:r>
        <w:t>Basically, unfortunately no. Unf</w:t>
      </w:r>
      <w:r>
        <w:t xml:space="preserve">ortunately no. When I still lived in the community, I learned to prepare certain Roma dishes myself, which I currently don't really prepare. And even if I tackle such an undertaking, these dishes are never quite as tasty as when, say, my relatives prepare </w:t>
      </w:r>
      <w:r>
        <w:t>them. Because, well, in principle the ingredients might be special, but what adds that flavor, that variety to the dish, are still some secrets known only to those women who basically prepare these dishes. And I say, even if I try it myself, they are never</w:t>
      </w:r>
      <w:r>
        <w:t xml:space="preserve"> that good, as when I actually taste and enjoy them in that home environment.</w:t>
      </w:r>
    </w:p>
    <w:p w14:paraId="688BDB5E" w14:textId="77777777" w:rsidR="005919D7" w:rsidRDefault="00015BC9">
      <w:pPr>
        <w:spacing w:before="120" w:after="60"/>
      </w:pPr>
      <w:r>
        <w:rPr>
          <w:b/>
        </w:rPr>
        <w:t xml:space="preserve">Interviewer: </w:t>
      </w:r>
      <w:r>
        <w:t>A sub-question at this point. Do you perhaps ever wonder, given that you like going to your home community, where you enjoy traditional dishes, what will happen, I d</w:t>
      </w:r>
      <w:r>
        <w:t>on't know, in a few decades, when these relatives are gone, and you won't know how to prepare the dishes?</w:t>
      </w:r>
    </w:p>
    <w:p w14:paraId="586B85E1" w14:textId="77777777" w:rsidR="005919D7" w:rsidRDefault="00015BC9">
      <w:pPr>
        <w:spacing w:before="120" w:after="60"/>
      </w:pPr>
      <w:r>
        <w:rPr>
          <w:b/>
        </w:rPr>
        <w:t xml:space="preserve">Interviewee: </w:t>
      </w:r>
      <w:r>
        <w:t xml:space="preserve">I think it makes sense, that such dishes or recipes start being written down in a way. So that all of us who don't actually pass this on </w:t>
      </w:r>
      <w:r>
        <w:t>into our daily lives, that this is basically written down in a way. And that perhaps we give more emphasis to this, that we learn to prepare such dishes ourselves, because if you ever, simply put, crave it, you'll be able to know how to prepare these dishe</w:t>
      </w:r>
      <w:r>
        <w:t>s.</w:t>
      </w:r>
    </w:p>
    <w:p w14:paraId="2FFBF5AF" w14:textId="77777777" w:rsidR="005919D7" w:rsidRDefault="00015BC9">
      <w:pPr>
        <w:spacing w:before="120" w:after="60"/>
      </w:pPr>
      <w:r>
        <w:rPr>
          <w:b/>
        </w:rPr>
        <w:t xml:space="preserve">Interviewer: </w:t>
      </w:r>
      <w:r>
        <w:t>What is your diet like today? We already said something, that you don't prepare dishes from childhood, but prefer eating them in the community. If you were to describe your diet today, is it made up more of meat, veggies, bread, pasta, real</w:t>
      </w:r>
      <w:r>
        <w:t>ly what was most common in childhood?</w:t>
      </w:r>
    </w:p>
    <w:p w14:paraId="700D1875" w14:textId="77777777" w:rsidR="005919D7" w:rsidRDefault="00015BC9">
      <w:pPr>
        <w:spacing w:before="120" w:after="60"/>
      </w:pPr>
      <w:r>
        <w:rPr>
          <w:b/>
        </w:rPr>
        <w:t xml:space="preserve">Interviewee: </w:t>
      </w:r>
      <w:r>
        <w:t>Yes, I had quite a few different periods regarding my eating. In one period of my life, and that lasted about some 10 or 15 years, I generally ate very healthy. I chose foods carefully. Prepared various sm</w:t>
      </w:r>
      <w:r>
        <w:t>oothies, introduced a lot of veggies daily. Ate only some lean meat, other foods were also more whole grain in nature. Then Corona happened. And working from home and consequently less physical activity and I basically started eating very poorly. This mean</w:t>
      </w:r>
      <w:r>
        <w:t xml:space="preserve">s I ate a lot of bread, a lot of sweets, a lot of carbohydrates. I didn't really pay much attention to my diet basically. And actually, I realized this in a way. Now I am trying to fix this matter in a way. I am physically active, say, three to four times </w:t>
      </w:r>
      <w:r>
        <w:t>a week. And also, regarding diet, I try to eat a balanced diet in a way, healthier food. It is true, however, that if there are holidays or, say, some celebrations, that I don't deny myself various treats that are offered and I indulge in them without a gu</w:t>
      </w:r>
      <w:r>
        <w:t>ilty conscience.</w:t>
      </w:r>
    </w:p>
    <w:p w14:paraId="41703132" w14:textId="77777777" w:rsidR="005919D7" w:rsidRDefault="00015BC9">
      <w:pPr>
        <w:spacing w:before="120" w:after="60"/>
      </w:pPr>
      <w:r>
        <w:rPr>
          <w:b/>
        </w:rPr>
        <w:t xml:space="preserve">Interviewer: </w:t>
      </w:r>
      <w:r>
        <w:t>After all this knowledge, also research about the Roma community, language, customs, how would you summarize today or how do you today understand this connection between food, holidays, and health?</w:t>
      </w:r>
    </w:p>
    <w:p w14:paraId="081C2C33" w14:textId="77777777" w:rsidR="005919D7" w:rsidRDefault="00015BC9">
      <w:pPr>
        <w:spacing w:before="120" w:after="60"/>
      </w:pPr>
      <w:r>
        <w:rPr>
          <w:b/>
        </w:rPr>
        <w:t xml:space="preserve">Interviewee: </w:t>
      </w:r>
      <w:r>
        <w:t xml:space="preserve">Yes, basically </w:t>
      </w:r>
      <w:r>
        <w:t>this is really such a very complex question. Basically, they often say that you are what you eat, right. But if I were to actually say for myself that I am what I am, I would really be one big sugar cube. So in a way, food is really in a way very, very con</w:t>
      </w:r>
      <w:r>
        <w:t>nected to health. Here it is really important to draw an important line. And even if we essentially live in such a fast pace of life today, and often lack time to cook healthy meals, it's often just an excuse. Because if you are actually well organized, if</w:t>
      </w:r>
      <w:r>
        <w:t xml:space="preserve"> these things are important to you, that you have enough energy, that you have enough stamina, to actually go through the day basically in such a nice, healthy lifestyle, you will know how to organize your time in such a way, that your food will also be ba</w:t>
      </w:r>
      <w:r>
        <w:t>lanced and somewhat healthy.</w:t>
      </w:r>
    </w:p>
    <w:sectPr w:rsidR="005919D7" w:rsidSect="00BC21C9">
      <w:headerReference w:type="default" r:id="rId8"/>
      <w:pgSz w:w="12240" w:h="15840"/>
      <w:pgMar w:top="1008" w:right="1152" w:bottom="1008" w:left="1152" w:header="113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442BCD" w14:textId="77777777" w:rsidR="00015BC9" w:rsidRDefault="00015BC9" w:rsidP="00BC21C9">
      <w:pPr>
        <w:spacing w:after="0" w:line="240" w:lineRule="auto"/>
      </w:pPr>
      <w:r>
        <w:separator/>
      </w:r>
    </w:p>
  </w:endnote>
  <w:endnote w:type="continuationSeparator" w:id="0">
    <w:p w14:paraId="3D4EBBC0" w14:textId="77777777" w:rsidR="00015BC9" w:rsidRDefault="00015BC9" w:rsidP="00BC21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0000000000000000000"/>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3BA7F2" w14:textId="77777777" w:rsidR="00015BC9" w:rsidRDefault="00015BC9" w:rsidP="00BC21C9">
      <w:pPr>
        <w:spacing w:after="0" w:line="240" w:lineRule="auto"/>
      </w:pPr>
      <w:r>
        <w:separator/>
      </w:r>
    </w:p>
  </w:footnote>
  <w:footnote w:type="continuationSeparator" w:id="0">
    <w:p w14:paraId="331EB8FD" w14:textId="77777777" w:rsidR="00015BC9" w:rsidRDefault="00015BC9" w:rsidP="00BC21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B87BB" w14:textId="11B85698" w:rsidR="00BC21C9" w:rsidRDefault="00BC21C9">
    <w:pPr>
      <w:pStyle w:val="Header"/>
    </w:pPr>
    <w:r>
      <w:rPr>
        <w:noProof/>
      </w:rPr>
      <w:drawing>
        <wp:anchor distT="0" distB="0" distL="114300" distR="114300" simplePos="0" relativeHeight="251658240" behindDoc="1" locked="0" layoutInCell="1" allowOverlap="1" wp14:anchorId="67DEC79A" wp14:editId="1211D2C2">
          <wp:simplePos x="0" y="0"/>
          <wp:positionH relativeFrom="column">
            <wp:posOffset>8890</wp:posOffset>
          </wp:positionH>
          <wp:positionV relativeFrom="paragraph">
            <wp:posOffset>-568062</wp:posOffset>
          </wp:positionV>
          <wp:extent cx="6309360" cy="70104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stretch>
                    <a:fillRect/>
                  </a:stretch>
                </pic:blipFill>
                <pic:spPr>
                  <a:xfrm>
                    <a:off x="0" y="0"/>
                    <a:ext cx="6309360" cy="70104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1"/>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15BC9"/>
    <w:rsid w:val="00034616"/>
    <w:rsid w:val="0006063C"/>
    <w:rsid w:val="0015074B"/>
    <w:rsid w:val="0029639D"/>
    <w:rsid w:val="00326F90"/>
    <w:rsid w:val="005919D7"/>
    <w:rsid w:val="00AA1D8D"/>
    <w:rsid w:val="00B47730"/>
    <w:rsid w:val="00BC21C9"/>
    <w:rsid w:val="00CB0664"/>
    <w:rsid w:val="00D9798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6660D29"/>
  <w14:defaultImageDpi w14:val="300"/>
  <w15:docId w15:val="{C13C7412-5524-9448-BF5D-836DB23F0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eastAsia="Arial" w:hAnsi="Arial"/>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3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1546</Words>
  <Characters>8813</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10339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Microsoft Office User</cp:lastModifiedBy>
  <cp:revision>2</cp:revision>
  <dcterms:created xsi:type="dcterms:W3CDTF">2013-12-23T23:15:00Z</dcterms:created>
  <dcterms:modified xsi:type="dcterms:W3CDTF">2026-05-13T11:15:00Z</dcterms:modified>
  <cp:category/>
</cp:coreProperties>
</file>