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Transcript: Interview with Blaž Horvat</w:t>
      </w:r>
    </w:p>
    <w:p>
      <w:pPr>
        <w:jc w:val="center"/>
      </w:pPr>
      <w:r>
        <w:rPr>
          <w:rFonts w:ascii="Arial" w:hAnsi="Arial"/>
          <w:i/>
          <w:sz w:val="22"/>
        </w:rPr>
        <w:t>Roma Soul Food project</w:t>
      </w:r>
    </w:p>
    <w:p/>
    <w:p>
      <w:pPr>
        <w:spacing w:after="120" w:line="259" w:lineRule="auto"/>
      </w:pPr>
      <w:r>
        <w:rPr>
          <w:rFonts w:ascii="Arial" w:hAnsi="Arial" w:eastAsia="Arial"/>
          <w:b/>
          <w:sz w:val="21"/>
        </w:rPr>
        <w:t xml:space="preserve">Interviewer: </w:t>
      </w:r>
      <w:r>
        <w:rPr>
          <w:rFonts w:ascii="Arial" w:hAnsi="Arial" w:eastAsia="Arial"/>
          <w:sz w:val="21"/>
        </w:rPr>
        <w:t>To start, what is your last name, and what is your profession, if you have any completed secondary education, I mean, vocational school.</w:t>
      </w:r>
    </w:p>
    <w:p>
      <w:pPr>
        <w:spacing w:after="120" w:line="259" w:lineRule="auto"/>
      </w:pPr>
      <w:r>
        <w:rPr>
          <w:rFonts w:ascii="Arial" w:hAnsi="Arial" w:eastAsia="Arial"/>
          <w:b/>
          <w:sz w:val="21"/>
        </w:rPr>
        <w:t xml:space="preserve">Interviewee: </w:t>
      </w:r>
      <w:r>
        <w:rPr>
          <w:rFonts w:ascii="Arial" w:hAnsi="Arial" w:eastAsia="Arial"/>
          <w:sz w:val="21"/>
        </w:rPr>
        <w:t>Blaž Horvat, salesman.</w:t>
      </w:r>
    </w:p>
    <w:p>
      <w:pPr>
        <w:spacing w:after="120" w:line="259" w:lineRule="auto"/>
      </w:pPr>
      <w:r>
        <w:rPr>
          <w:rFonts w:ascii="Arial" w:hAnsi="Arial" w:eastAsia="Arial"/>
          <w:b/>
          <w:sz w:val="21"/>
        </w:rPr>
        <w:t xml:space="preserve">Interviewer: </w:t>
      </w:r>
      <w:r>
        <w:rPr>
          <w:rFonts w:ascii="Arial" w:hAnsi="Arial" w:eastAsia="Arial"/>
          <w:sz w:val="21"/>
        </w:rPr>
        <w:t>Blaž, if we go back to your childhood, can you remember which dishes you recall from that time? What did your parents or grandparents cook when you were little?</w:t>
      </w:r>
    </w:p>
    <w:p>
      <w:pPr>
        <w:spacing w:after="120" w:line="259" w:lineRule="auto"/>
      </w:pPr>
      <w:r>
        <w:rPr>
          <w:rFonts w:ascii="Arial" w:hAnsi="Arial" w:eastAsia="Arial"/>
          <w:b/>
          <w:sz w:val="21"/>
        </w:rPr>
        <w:t xml:space="preserve">Interviewee: </w:t>
      </w:r>
      <w:r>
        <w:rPr>
          <w:rFonts w:ascii="Arial" w:hAnsi="Arial" w:eastAsia="Arial"/>
          <w:sz w:val="21"/>
        </w:rPr>
        <w:t>I mostly remember sour milk, žganiki (dough dumplings), white coffee, and plenty of meat. A feast would not have been a feast without meat.</w:t>
      </w:r>
    </w:p>
    <w:p>
      <w:pPr>
        <w:spacing w:after="120" w:line="259" w:lineRule="auto"/>
      </w:pPr>
      <w:r>
        <w:rPr>
          <w:rFonts w:ascii="Arial" w:hAnsi="Arial" w:eastAsia="Arial"/>
          <w:b/>
          <w:sz w:val="21"/>
        </w:rPr>
        <w:t xml:space="preserve">Interviewer: </w:t>
      </w:r>
      <w:r>
        <w:rPr>
          <w:rFonts w:ascii="Arial" w:hAnsi="Arial" w:eastAsia="Arial"/>
          <w:sz w:val="21"/>
        </w:rPr>
        <w:t>Which ingredients were most common, or what kind of meat was used, and was there a lot of vegetables?</w:t>
      </w:r>
    </w:p>
    <w:p>
      <w:pPr>
        <w:spacing w:after="120" w:line="259" w:lineRule="auto"/>
      </w:pPr>
      <w:r>
        <w:rPr>
          <w:rFonts w:ascii="Arial" w:hAnsi="Arial" w:eastAsia="Arial"/>
          <w:b/>
          <w:sz w:val="21"/>
        </w:rPr>
        <w:t xml:space="preserve">Interviewee: </w:t>
      </w:r>
      <w:r>
        <w:rPr>
          <w:rFonts w:ascii="Arial" w:hAnsi="Arial" w:eastAsia="Arial"/>
          <w:sz w:val="21"/>
        </w:rPr>
        <w:t>Poultry, chicken meat, yes, mostly chicken meat.</w:t>
      </w:r>
    </w:p>
    <w:p>
      <w:pPr>
        <w:spacing w:after="120" w:line="259" w:lineRule="auto"/>
      </w:pPr>
      <w:r>
        <w:rPr>
          <w:rFonts w:ascii="Arial" w:hAnsi="Arial" w:eastAsia="Arial"/>
          <w:b/>
          <w:sz w:val="21"/>
        </w:rPr>
        <w:t xml:space="preserve">Interviewer: </w:t>
      </w:r>
      <w:r>
        <w:rPr>
          <w:rFonts w:ascii="Arial" w:hAnsi="Arial" w:eastAsia="Arial"/>
          <w:sz w:val="21"/>
        </w:rPr>
        <w:t>Did you have a garden at home?</w:t>
      </w:r>
    </w:p>
    <w:p>
      <w:pPr>
        <w:spacing w:after="120" w:line="259" w:lineRule="auto"/>
      </w:pPr>
      <w:r>
        <w:rPr>
          <w:rFonts w:ascii="Arial" w:hAnsi="Arial" w:eastAsia="Arial"/>
          <w:b/>
          <w:sz w:val="21"/>
        </w:rPr>
        <w:t xml:space="preserve">Interviewee: </w:t>
      </w:r>
      <w:r>
        <w:rPr>
          <w:rFonts w:ascii="Arial" w:hAnsi="Arial" w:eastAsia="Arial"/>
          <w:sz w:val="21"/>
        </w:rPr>
        <w:t>No, no.</w:t>
      </w:r>
    </w:p>
    <w:p>
      <w:pPr>
        <w:spacing w:after="120" w:line="259" w:lineRule="auto"/>
      </w:pPr>
      <w:r>
        <w:rPr>
          <w:rFonts w:ascii="Arial" w:hAnsi="Arial" w:eastAsia="Arial"/>
          <w:b/>
          <w:sz w:val="21"/>
        </w:rPr>
        <w:t xml:space="preserve">Interviewer: </w:t>
      </w:r>
      <w:r>
        <w:rPr>
          <w:rFonts w:ascii="Arial" w:hAnsi="Arial" w:eastAsia="Arial"/>
          <w:sz w:val="21"/>
        </w:rPr>
        <w:t>So you had to buy everything?</w:t>
      </w:r>
    </w:p>
    <w:p>
      <w:pPr>
        <w:spacing w:after="120" w:line="259" w:lineRule="auto"/>
      </w:pPr>
      <w:r>
        <w:rPr>
          <w:rFonts w:ascii="Arial" w:hAnsi="Arial" w:eastAsia="Arial"/>
          <w:b/>
          <w:sz w:val="21"/>
        </w:rPr>
        <w:t xml:space="preserve">Interviewee: </w:t>
      </w:r>
      <w:r>
        <w:rPr>
          <w:rFonts w:ascii="Arial" w:hAnsi="Arial" w:eastAsia="Arial"/>
          <w:sz w:val="21"/>
        </w:rPr>
        <w:t>Yes.</w:t>
      </w:r>
    </w:p>
    <w:p>
      <w:pPr>
        <w:spacing w:after="120" w:line="259" w:lineRule="auto"/>
      </w:pPr>
      <w:r>
        <w:rPr>
          <w:rFonts w:ascii="Arial" w:hAnsi="Arial" w:eastAsia="Arial"/>
          <w:b/>
          <w:sz w:val="21"/>
        </w:rPr>
        <w:t xml:space="preserve">Interviewer: </w:t>
      </w:r>
      <w:r>
        <w:rPr>
          <w:rFonts w:ascii="Arial" w:hAnsi="Arial" w:eastAsia="Arial"/>
          <w:sz w:val="21"/>
        </w:rPr>
        <w:t>Which traditional Romani dishes do you remember from childhood that you might still eat today? Which ones did you eat the most as a child?</w:t>
      </w:r>
    </w:p>
    <w:p>
      <w:pPr>
        <w:spacing w:after="120" w:line="259" w:lineRule="auto"/>
      </w:pPr>
      <w:r>
        <w:rPr>
          <w:rFonts w:ascii="Arial" w:hAnsi="Arial" w:eastAsia="Arial"/>
          <w:b/>
          <w:sz w:val="21"/>
        </w:rPr>
        <w:t xml:space="preserve">Interviewee: </w:t>
      </w:r>
      <w:r>
        <w:rPr>
          <w:rFonts w:ascii="Arial" w:hAnsi="Arial" w:eastAsia="Arial"/>
          <w:sz w:val="21"/>
        </w:rPr>
        <w:t>I am not sure if this is specifically Romani, but nokelen (dumplings). Pradohumer. That is all that I can recall.</w:t>
      </w:r>
    </w:p>
    <w:p>
      <w:pPr>
        <w:spacing w:after="120" w:line="259" w:lineRule="auto"/>
      </w:pPr>
      <w:r>
        <w:rPr>
          <w:rFonts w:ascii="Arial" w:hAnsi="Arial" w:eastAsia="Arial"/>
          <w:b/>
          <w:sz w:val="21"/>
        </w:rPr>
        <w:t xml:space="preserve">Interviewer: </w:t>
      </w:r>
      <w:r>
        <w:rPr>
          <w:rFonts w:ascii="Arial" w:hAnsi="Arial" w:eastAsia="Arial"/>
          <w:sz w:val="21"/>
        </w:rPr>
        <w:t>What about during the holidays? It is known that the Roma often prepare more food and a variety of dishes. How do you remember the food for Christmas, New Year, or Easter? What did you eat for those holidays?</w:t>
      </w:r>
    </w:p>
    <w:p>
      <w:pPr>
        <w:spacing w:after="120" w:line="259" w:lineRule="auto"/>
      </w:pPr>
      <w:r>
        <w:rPr>
          <w:rFonts w:ascii="Arial" w:hAnsi="Arial" w:eastAsia="Arial"/>
          <w:b/>
          <w:sz w:val="21"/>
        </w:rPr>
        <w:t xml:space="preserve">Interviewee: </w:t>
      </w:r>
      <w:r>
        <w:rPr>
          <w:rFonts w:ascii="Arial" w:hAnsi="Arial" w:eastAsia="Arial"/>
          <w:sz w:val="21"/>
        </w:rPr>
        <w:t>As I remember, there was not anything special for Christmas or New Year's Eve. Only for New Year's Eve, perhaps there was a cold plate, but usually nothing extra, maybe some potica (nut roll) or more sweet things. But I do not recall a grand feast.</w:t>
      </w:r>
    </w:p>
    <w:p>
      <w:pPr>
        <w:spacing w:after="120" w:line="259" w:lineRule="auto"/>
      </w:pPr>
      <w:r>
        <w:rPr>
          <w:rFonts w:ascii="Arial" w:hAnsi="Arial" w:eastAsia="Arial"/>
          <w:b/>
          <w:sz w:val="21"/>
        </w:rPr>
        <w:t xml:space="preserve">Interviewer: </w:t>
      </w:r>
      <w:r>
        <w:rPr>
          <w:rFonts w:ascii="Arial" w:hAnsi="Arial" w:eastAsia="Arial"/>
          <w:sz w:val="21"/>
        </w:rPr>
        <w:t>What did Easter lunch or Easter breakfast look like? Did you eat everything back then, what exactly did you have?</w:t>
      </w:r>
    </w:p>
    <w:p>
      <w:pPr>
        <w:spacing w:after="120" w:line="259" w:lineRule="auto"/>
      </w:pPr>
      <w:r>
        <w:rPr>
          <w:rFonts w:ascii="Arial" w:hAnsi="Arial" w:eastAsia="Arial"/>
          <w:b/>
          <w:sz w:val="21"/>
        </w:rPr>
        <w:t xml:space="preserve">Interviewee: </w:t>
      </w:r>
      <w:r>
        <w:rPr>
          <w:rFonts w:ascii="Arial" w:hAnsi="Arial" w:eastAsia="Arial"/>
          <w:sz w:val="21"/>
        </w:rPr>
        <w:t>Boiled eggs, ham, that was standard. What else was there?</w:t>
      </w:r>
    </w:p>
    <w:p>
      <w:pPr>
        <w:spacing w:after="120" w:line="259" w:lineRule="auto"/>
      </w:pPr>
      <w:r>
        <w:rPr>
          <w:rFonts w:ascii="Arial" w:hAnsi="Arial" w:eastAsia="Arial"/>
          <w:b/>
          <w:sz w:val="21"/>
        </w:rPr>
        <w:t xml:space="preserve">Interviewer: </w:t>
      </w:r>
      <w:r>
        <w:rPr>
          <w:rFonts w:ascii="Arial" w:hAnsi="Arial" w:eastAsia="Arial"/>
          <w:sz w:val="21"/>
        </w:rPr>
        <w:t>In your childhood, were you ever aware of maintaining your health through food, or were your parents more concerned with healthy eating? Overall, how was it?</w:t>
      </w:r>
    </w:p>
    <w:p>
      <w:pPr>
        <w:spacing w:after="120" w:line="259" w:lineRule="auto"/>
      </w:pPr>
      <w:r>
        <w:rPr>
          <w:rFonts w:ascii="Arial" w:hAnsi="Arial" w:eastAsia="Arial"/>
          <w:b/>
          <w:sz w:val="21"/>
        </w:rPr>
        <w:t xml:space="preserve">Interviewee: </w:t>
      </w:r>
      <w:r>
        <w:rPr>
          <w:rFonts w:ascii="Arial" w:hAnsi="Arial" w:eastAsia="Arial"/>
          <w:sz w:val="21"/>
        </w:rPr>
        <w:t>I do not think so. They did not really look at what was healthier; they looked at what was affordable. Nowadays, people focus on eating more vegetables and organic food. I do not remember anyone paying attention to that back then. They looked at the price, not health.</w:t>
      </w:r>
    </w:p>
    <w:p>
      <w:pPr>
        <w:spacing w:after="120" w:line="259" w:lineRule="auto"/>
      </w:pPr>
      <w:r>
        <w:rPr>
          <w:rFonts w:ascii="Arial" w:hAnsi="Arial" w:eastAsia="Arial"/>
          <w:b/>
          <w:sz w:val="21"/>
        </w:rPr>
        <w:t xml:space="preserve">Interviewer: </w:t>
      </w:r>
      <w:r>
        <w:rPr>
          <w:rFonts w:ascii="Arial" w:hAnsi="Arial" w:eastAsia="Arial"/>
          <w:sz w:val="21"/>
        </w:rPr>
        <w:t>Do you remember if your parents or grandparents had any home remedies? For example, did you eat honey when you had a cold?</w:t>
      </w:r>
    </w:p>
    <w:p>
      <w:pPr>
        <w:spacing w:after="120" w:line="259" w:lineRule="auto"/>
      </w:pPr>
      <w:r>
        <w:rPr>
          <w:rFonts w:ascii="Arial" w:hAnsi="Arial" w:eastAsia="Arial"/>
          <w:b/>
          <w:sz w:val="21"/>
        </w:rPr>
        <w:t xml:space="preserve">Interviewee: </w:t>
      </w:r>
      <w:r>
        <w:rPr>
          <w:rFonts w:ascii="Arial" w:hAnsi="Arial" w:eastAsia="Arial"/>
          <w:sz w:val="21"/>
        </w:rPr>
        <w:t>Yes, that for sure. Tea, honey, and lemon. Tea and honey, I mean, that is still the case today, it never changed. But anything from the garden or similar, not really.</w:t>
      </w:r>
    </w:p>
    <w:p>
      <w:pPr>
        <w:spacing w:after="120" w:line="259" w:lineRule="auto"/>
      </w:pPr>
      <w:r>
        <w:rPr>
          <w:rFonts w:ascii="Arial" w:hAnsi="Arial" w:eastAsia="Arial"/>
          <w:b/>
          <w:sz w:val="21"/>
        </w:rPr>
        <w:t xml:space="preserve">Interviewer: </w:t>
      </w:r>
      <w:r>
        <w:rPr>
          <w:rFonts w:ascii="Arial" w:hAnsi="Arial" w:eastAsia="Arial"/>
          <w:sz w:val="21"/>
        </w:rPr>
        <w:t>Were you sick often as a child, compared to adulthood?</w:t>
      </w:r>
    </w:p>
    <w:p>
      <w:pPr>
        <w:spacing w:after="120" w:line="259" w:lineRule="auto"/>
      </w:pPr>
      <w:r>
        <w:rPr>
          <w:rFonts w:ascii="Arial" w:hAnsi="Arial" w:eastAsia="Arial"/>
          <w:b/>
          <w:sz w:val="21"/>
        </w:rPr>
        <w:t xml:space="preserve">Interviewee: </w:t>
      </w:r>
      <w:r>
        <w:rPr>
          <w:rFonts w:ascii="Arial" w:hAnsi="Arial" w:eastAsia="Arial"/>
          <w:sz w:val="21"/>
        </w:rPr>
        <w:t>Not at all. Colds, flu, never anything. But that was not necessarily because of the food. It was because we spent so much time outside. Maybe today's food has more additives so that livestock can gain weight faster. Back then, that did not exist. I was healthier then than I am now.</w:t>
      </w:r>
    </w:p>
    <w:p>
      <w:pPr>
        <w:spacing w:after="120" w:line="259" w:lineRule="auto"/>
      </w:pPr>
      <w:r>
        <w:rPr>
          <w:rFonts w:ascii="Arial" w:hAnsi="Arial" w:eastAsia="Arial"/>
          <w:b/>
          <w:sz w:val="21"/>
        </w:rPr>
        <w:t xml:space="preserve">Interviewer: </w:t>
      </w:r>
      <w:r>
        <w:rPr>
          <w:rFonts w:ascii="Arial" w:hAnsi="Arial" w:eastAsia="Arial"/>
          <w:sz w:val="21"/>
        </w:rPr>
        <w:t>Would you say that is confirmed by the fact that when you were a child, not everything was available in stores? Back then, products were actually seasonal, so not everything was always available.</w:t>
      </w:r>
    </w:p>
    <w:p>
      <w:pPr>
        <w:spacing w:after="120" w:line="259" w:lineRule="auto"/>
      </w:pPr>
      <w:r>
        <w:rPr>
          <w:rFonts w:ascii="Arial" w:hAnsi="Arial" w:eastAsia="Arial"/>
          <w:b/>
          <w:sz w:val="21"/>
        </w:rPr>
        <w:t xml:space="preserve">Interviewee: </w:t>
      </w:r>
      <w:r>
        <w:rPr>
          <w:rFonts w:ascii="Arial" w:hAnsi="Arial" w:eastAsia="Arial"/>
          <w:sz w:val="21"/>
        </w:rPr>
        <w:t>That is true. Exactly. Now, you can go in the middle of winter, in mid-December, and buy bananas. Oranges - before, that would not have been possible. You had apples and pears. Things like bananas were only available a few times during summer. That is true, that would not have happened before.</w:t>
      </w:r>
    </w:p>
    <w:p>
      <w:pPr>
        <w:spacing w:after="120" w:line="259" w:lineRule="auto"/>
      </w:pPr>
      <w:r>
        <w:rPr>
          <w:rFonts w:ascii="Arial" w:hAnsi="Arial" w:eastAsia="Arial"/>
          <w:b/>
          <w:sz w:val="21"/>
        </w:rPr>
        <w:t xml:space="preserve">Interviewer: </w:t>
      </w:r>
      <w:r>
        <w:rPr>
          <w:rFonts w:ascii="Arial" w:hAnsi="Arial" w:eastAsia="Arial"/>
          <w:sz w:val="21"/>
        </w:rPr>
        <w:t>Would you say you focus more on health through food today?</w:t>
      </w:r>
    </w:p>
    <w:p>
      <w:pPr>
        <w:spacing w:after="120" w:line="259" w:lineRule="auto"/>
      </w:pPr>
      <w:r>
        <w:rPr>
          <w:rFonts w:ascii="Arial" w:hAnsi="Arial" w:eastAsia="Arial"/>
          <w:b/>
          <w:sz w:val="21"/>
        </w:rPr>
        <w:t xml:space="preserve">Interviewee: </w:t>
      </w:r>
      <w:r>
        <w:rPr>
          <w:rFonts w:ascii="Arial" w:hAnsi="Arial" w:eastAsia="Arial"/>
          <w:sz w:val="21"/>
        </w:rPr>
        <w:t>I try to. I try, more fruit, more poultry and chicken, not pork. I try to, but it is more of a focus now than before.</w:t>
      </w:r>
    </w:p>
    <w:p>
      <w:pPr>
        <w:spacing w:after="120" w:line="259" w:lineRule="auto"/>
      </w:pPr>
      <w:r>
        <w:rPr>
          <w:rFonts w:ascii="Arial" w:hAnsi="Arial" w:eastAsia="Arial"/>
          <w:b/>
          <w:sz w:val="21"/>
        </w:rPr>
        <w:t xml:space="preserve">Interviewer: </w:t>
      </w:r>
      <w:r>
        <w:rPr>
          <w:rFonts w:ascii="Arial" w:hAnsi="Arial" w:eastAsia="Arial"/>
          <w:sz w:val="21"/>
        </w:rPr>
        <w:t>You grew up for a significant part of your life in a Romani settlement, and then you moved out. How did those dietary habits from home carry over once you left the settlement? Let us talk about the time in secondary school and then your adult life.</w:t>
      </w:r>
    </w:p>
    <w:p>
      <w:pPr>
        <w:spacing w:after="120" w:line="259" w:lineRule="auto"/>
      </w:pPr>
      <w:r>
        <w:rPr>
          <w:rFonts w:ascii="Arial" w:hAnsi="Arial" w:eastAsia="Arial"/>
          <w:b/>
          <w:sz w:val="21"/>
        </w:rPr>
        <w:t xml:space="preserve">Interviewee: </w:t>
      </w:r>
      <w:r>
        <w:rPr>
          <w:rFonts w:ascii="Arial" w:hAnsi="Arial" w:eastAsia="Arial"/>
          <w:sz w:val="21"/>
        </w:rPr>
        <w:t>Well, during secondary school, that was not really possible. Bringing food to the student dormitory was not an option. But now, for example, since I moved out, I must say that my wife tries to cook what we used to eat, and I think it is much better now than it was in school, when you did not have the ability to cook for yourself. There was no possibility for that. But now, my wife cooks the homemade dishes we grew up with.</w:t>
      </w:r>
    </w:p>
    <w:p>
      <w:pPr>
        <w:spacing w:after="120" w:line="259" w:lineRule="auto"/>
      </w:pPr>
      <w:r>
        <w:rPr>
          <w:rFonts w:ascii="Arial" w:hAnsi="Arial" w:eastAsia="Arial"/>
          <w:b/>
          <w:sz w:val="21"/>
        </w:rPr>
        <w:t xml:space="preserve">Interviewer: </w:t>
      </w:r>
      <w:r>
        <w:rPr>
          <w:rFonts w:ascii="Arial" w:hAnsi="Arial" w:eastAsia="Arial"/>
          <w:sz w:val="21"/>
        </w:rPr>
        <w:t>Now that you have your own family, holiday food was more modest when you were growing up. How does your holiday diet look today? Christmas, New Year?</w:t>
      </w:r>
    </w:p>
    <w:p>
      <w:pPr>
        <w:spacing w:after="120" w:line="259" w:lineRule="auto"/>
      </w:pPr>
      <w:r>
        <w:rPr>
          <w:rFonts w:ascii="Arial" w:hAnsi="Arial" w:eastAsia="Arial"/>
          <w:b/>
          <w:sz w:val="21"/>
        </w:rPr>
        <w:t xml:space="preserve">Interviewee: </w:t>
      </w:r>
      <w:r>
        <w:rPr>
          <w:rFonts w:ascii="Arial" w:hAnsi="Arial" w:eastAsia="Arial"/>
          <w:sz w:val="21"/>
        </w:rPr>
        <w:t>Yes, too much meat. I mean, it is good, a good selection, but it is huge. You cannot even compare it.</w:t>
      </w:r>
    </w:p>
    <w:p>
      <w:pPr>
        <w:spacing w:after="120" w:line="259" w:lineRule="auto"/>
      </w:pPr>
      <w:r>
        <w:rPr>
          <w:rFonts w:ascii="Arial" w:hAnsi="Arial" w:eastAsia="Arial"/>
          <w:b/>
          <w:sz w:val="21"/>
        </w:rPr>
        <w:t xml:space="preserve">Interviewer: </w:t>
      </w:r>
      <w:r>
        <w:rPr>
          <w:rFonts w:ascii="Arial" w:hAnsi="Arial" w:eastAsia="Arial"/>
          <w:sz w:val="21"/>
        </w:rPr>
        <w:t>What ends up on the holiday table?</w:t>
      </w:r>
    </w:p>
    <w:p>
      <w:pPr>
        <w:spacing w:after="120" w:line="259" w:lineRule="auto"/>
      </w:pPr>
      <w:r>
        <w:rPr>
          <w:rFonts w:ascii="Arial" w:hAnsi="Arial" w:eastAsia="Arial"/>
          <w:b/>
          <w:sz w:val="21"/>
        </w:rPr>
        <w:t xml:space="preserve">Interviewee: </w:t>
      </w:r>
      <w:r>
        <w:rPr>
          <w:rFonts w:ascii="Arial" w:hAnsi="Arial" w:eastAsia="Arial"/>
          <w:sz w:val="21"/>
        </w:rPr>
        <w:t>Everything from beef to sometimes seafood, roulades, everything. Almost too much.</w:t>
      </w:r>
    </w:p>
    <w:p>
      <w:pPr>
        <w:spacing w:after="120" w:line="259" w:lineRule="auto"/>
      </w:pPr>
      <w:r>
        <w:rPr>
          <w:rFonts w:ascii="Arial" w:hAnsi="Arial" w:eastAsia="Arial"/>
          <w:b/>
          <w:sz w:val="21"/>
        </w:rPr>
        <w:t xml:space="preserve">Interviewer: </w:t>
      </w:r>
      <w:r>
        <w:rPr>
          <w:rFonts w:ascii="Arial" w:hAnsi="Arial" w:eastAsia="Arial"/>
          <w:sz w:val="21"/>
        </w:rPr>
        <w:t>How do you pass on these traditional practices regarding food and health to the younger generation? You have two children; how much focus is there on a healthy diet now that you are parents?</w:t>
      </w:r>
    </w:p>
    <w:p>
      <w:pPr>
        <w:spacing w:after="120" w:line="259" w:lineRule="auto"/>
      </w:pPr>
      <w:r>
        <w:rPr>
          <w:rFonts w:ascii="Arial" w:hAnsi="Arial" w:eastAsia="Arial"/>
          <w:b/>
          <w:sz w:val="21"/>
        </w:rPr>
        <w:t xml:space="preserve">Interviewee: </w:t>
      </w:r>
      <w:r>
        <w:rPr>
          <w:rFonts w:ascii="Arial" w:hAnsi="Arial" w:eastAsia="Arial"/>
          <w:sz w:val="21"/>
        </w:rPr>
        <w:t>We try, my wife and I, to cook as much as possible, with as many vegetables as possible. But unfortunately, it is not always possible because my wife works, so there is not as much time as before, when mothers could just stay home. Before, not all women worked, they were at home and had more time to prepare food. On weekends we try, because my wife is off, and sometimes I help, so we try to eat as healthy as possible.</w:t>
      </w:r>
    </w:p>
    <w:p>
      <w:pPr>
        <w:spacing w:after="120" w:line="259" w:lineRule="auto"/>
      </w:pPr>
      <w:r>
        <w:rPr>
          <w:rFonts w:ascii="Arial" w:hAnsi="Arial" w:eastAsia="Arial"/>
          <w:b/>
          <w:sz w:val="21"/>
        </w:rPr>
        <w:t xml:space="preserve">Interviewer: </w:t>
      </w:r>
      <w:r>
        <w:rPr>
          <w:rFonts w:ascii="Arial" w:hAnsi="Arial" w:eastAsia="Arial"/>
          <w:sz w:val="21"/>
        </w:rPr>
        <w:t>How many traditional Romani dishes do you still prepare or eat at home often? Everything from gombovci (dumplings), močiki, pot-bread, some cabbage - whatever has been preserved into your adult life. What do you still eat today?</w:t>
      </w:r>
    </w:p>
    <w:p>
      <w:pPr>
        <w:spacing w:after="120" w:line="259" w:lineRule="auto"/>
      </w:pPr>
      <w:r>
        <w:rPr>
          <w:rFonts w:ascii="Arial" w:hAnsi="Arial" w:eastAsia="Arial"/>
          <w:b/>
          <w:sz w:val="21"/>
        </w:rPr>
        <w:t xml:space="preserve">Interviewee: </w:t>
      </w:r>
      <w:r>
        <w:rPr>
          <w:rFonts w:ascii="Arial" w:hAnsi="Arial" w:eastAsia="Arial"/>
          <w:sz w:val="21"/>
        </w:rPr>
        <w:t>I must say, all of those things are prepared and eaten at least once or twice a month, from pot-bread to nokelen. And kokala, which is my wife's favorite.</w:t>
      </w:r>
    </w:p>
    <w:p>
      <w:pPr>
        <w:spacing w:after="120" w:line="259" w:lineRule="auto"/>
      </w:pPr>
      <w:r>
        <w:rPr>
          <w:rFonts w:ascii="Arial" w:hAnsi="Arial" w:eastAsia="Arial"/>
          <w:b/>
          <w:sz w:val="21"/>
        </w:rPr>
        <w:t xml:space="preserve">Interviewer: </w:t>
      </w:r>
      <w:r>
        <w:rPr>
          <w:rFonts w:ascii="Arial" w:hAnsi="Arial" w:eastAsia="Arial"/>
          <w:sz w:val="21"/>
        </w:rPr>
        <w:t>Generally speaking, what is your diet composed of today? What does it consist of? Is it pasta, rice? Meat, chicken, pork, beef, vegetables, fruit? How is it balanced?</w:t>
      </w:r>
    </w:p>
    <w:p>
      <w:pPr>
        <w:spacing w:after="120" w:line="259" w:lineRule="auto"/>
      </w:pPr>
      <w:r>
        <w:rPr>
          <w:rFonts w:ascii="Arial" w:hAnsi="Arial" w:eastAsia="Arial"/>
          <w:b/>
          <w:sz w:val="21"/>
        </w:rPr>
        <w:t xml:space="preserve">Interviewee: </w:t>
      </w:r>
      <w:r>
        <w:rPr>
          <w:rFonts w:ascii="Arial" w:hAnsi="Arial" w:eastAsia="Arial"/>
          <w:sz w:val="21"/>
        </w:rPr>
        <w:t>Mostly chicken, pasta, rice, potatoes, cabbage, a bit less, but fruit in quite moderate quantities - but too much meat. That is standard for Romani cuisine. I have never heard of a Romani dinner or lunch without meat - rarely, but maybe it is possible.</w:t>
      </w:r>
    </w:p>
    <w:p>
      <w:pPr>
        <w:spacing w:after="120" w:line="259" w:lineRule="auto"/>
      </w:pPr>
      <w:r>
        <w:rPr>
          <w:rFonts w:ascii="Arial" w:hAnsi="Arial" w:eastAsia="Arial"/>
          <w:b/>
          <w:sz w:val="21"/>
        </w:rPr>
        <w:t xml:space="preserve">Interviewer: </w:t>
      </w:r>
      <w:r>
        <w:rPr>
          <w:rFonts w:ascii="Arial" w:hAnsi="Arial" w:eastAsia="Arial"/>
          <w:sz w:val="21"/>
        </w:rPr>
        <w:t>Would you say Romani cuisine is based on meat?</w:t>
      </w:r>
    </w:p>
    <w:p>
      <w:pPr>
        <w:spacing w:after="120" w:line="259" w:lineRule="auto"/>
      </w:pPr>
      <w:r>
        <w:rPr>
          <w:rFonts w:ascii="Arial" w:hAnsi="Arial" w:eastAsia="Arial"/>
          <w:b/>
          <w:sz w:val="21"/>
        </w:rPr>
        <w:t xml:space="preserve">Interviewee: </w:t>
      </w:r>
      <w:r>
        <w:rPr>
          <w:rFonts w:ascii="Arial" w:hAnsi="Arial" w:eastAsia="Arial"/>
          <w:sz w:val="21"/>
        </w:rPr>
        <w:t>It is based on meat.</w:t>
      </w:r>
    </w:p>
    <w:p>
      <w:pPr>
        <w:spacing w:after="120" w:line="259" w:lineRule="auto"/>
      </w:pPr>
      <w:r>
        <w:rPr>
          <w:rFonts w:ascii="Arial" w:hAnsi="Arial" w:eastAsia="Arial"/>
          <w:b/>
          <w:sz w:val="21"/>
        </w:rPr>
        <w:t xml:space="preserve">Interviewer: </w:t>
      </w:r>
      <w:r>
        <w:rPr>
          <w:rFonts w:ascii="Arial" w:hAnsi="Arial" w:eastAsia="Arial"/>
          <w:sz w:val="21"/>
        </w:rPr>
        <w:t>Why is it simple to prepare Romani dishes?</w:t>
      </w:r>
    </w:p>
    <w:p>
      <w:pPr>
        <w:spacing w:after="120" w:line="259" w:lineRule="auto"/>
      </w:pPr>
      <w:r>
        <w:rPr>
          <w:rFonts w:ascii="Arial" w:hAnsi="Arial" w:eastAsia="Arial"/>
          <w:b/>
          <w:sz w:val="21"/>
        </w:rPr>
        <w:t xml:space="preserve">Interviewee: </w:t>
      </w:r>
      <w:r>
        <w:rPr>
          <w:rFonts w:ascii="Arial" w:hAnsi="Arial" w:eastAsia="Arial"/>
          <w:sz w:val="21"/>
        </w:rPr>
        <w:t>It is simple due to historical reasons, because before there was not as much available, so they had to prepare food with what they had and what they could get. And yes, that influenced Romani cuisine, and you can still see it today. With what they had at home, they prepared a feast. Even when things were tough, it was great - and it is still good today.</w:t>
      </w:r>
    </w:p>
    <w:p>
      <w:pPr>
        <w:spacing w:after="120" w:line="259" w:lineRule="auto"/>
      </w:pPr>
      <w:r>
        <w:rPr>
          <w:rFonts w:ascii="Arial" w:hAnsi="Arial" w:eastAsia="Arial"/>
          <w:b/>
          <w:sz w:val="21"/>
        </w:rPr>
        <w:t xml:space="preserve">Interviewer: </w:t>
      </w:r>
      <w:r>
        <w:rPr>
          <w:rFonts w:ascii="Arial" w:hAnsi="Arial" w:eastAsia="Arial"/>
          <w:sz w:val="21"/>
        </w:rPr>
        <w:t>Since you have spent a good part of your life in sports, part of it professionally, and now more privately, how do you understand the connection between food and health? How does food impact health and vice versa?</w:t>
      </w:r>
    </w:p>
    <w:p>
      <w:pPr>
        <w:spacing w:after="120" w:line="259" w:lineRule="auto"/>
      </w:pPr>
      <w:r>
        <w:rPr>
          <w:rFonts w:ascii="Arial" w:hAnsi="Arial" w:eastAsia="Arial"/>
          <w:b/>
          <w:sz w:val="21"/>
        </w:rPr>
        <w:t xml:space="preserve">Interviewee: </w:t>
      </w:r>
      <w:r>
        <w:rPr>
          <w:rFonts w:ascii="Arial" w:hAnsi="Arial" w:eastAsia="Arial"/>
          <w:sz w:val="21"/>
        </w:rPr>
        <w:t>Food definitely affects health - it just does. Back when I was training seriously, I had a structured menu that did not have as much meat. There was more emphasis on vegetables, fruit, fewer carbohydrates, and a huge amount of protein. You get used to that and you try to keep it up, but it is not always possible because there is not as much time as there was before.</w:t>
      </w:r>
    </w:p>
    <w:p>
      <w:pPr>
        <w:spacing w:after="120" w:line="259" w:lineRule="auto"/>
      </w:pPr>
      <w:r>
        <w:rPr>
          <w:rFonts w:ascii="Arial" w:hAnsi="Arial" w:eastAsia="Arial"/>
          <w:b/>
          <w:sz w:val="21"/>
        </w:rPr>
        <w:t xml:space="preserve">Interviewer: </w:t>
      </w:r>
      <w:r>
        <w:rPr>
          <w:rFonts w:ascii="Arial" w:hAnsi="Arial" w:eastAsia="Arial"/>
          <w:sz w:val="21"/>
        </w:rPr>
        <w:t>Would you say sport impacts health?</w:t>
      </w:r>
    </w:p>
    <w:p>
      <w:pPr>
        <w:spacing w:after="120" w:line="259" w:lineRule="auto"/>
      </w:pPr>
      <w:r>
        <w:rPr>
          <w:rFonts w:ascii="Arial" w:hAnsi="Arial" w:eastAsia="Arial"/>
          <w:b/>
          <w:sz w:val="21"/>
        </w:rPr>
        <w:t xml:space="preserve">Interviewee: </w:t>
      </w:r>
      <w:r>
        <w:rPr>
          <w:rFonts w:ascii="Arial" w:hAnsi="Arial" w:eastAsia="Arial"/>
          <w:sz w:val="21"/>
        </w:rPr>
        <w:t>Yes, of course. Through sport, you strengthen your health, and with health, you strengthen everything. Sport matters, yes.</w:t>
      </w:r>
    </w:p>
    <w:p>
      <w:pPr>
        <w:spacing w:after="120" w:line="259" w:lineRule="auto"/>
      </w:pPr>
      <w:r>
        <w:rPr>
          <w:rFonts w:ascii="Arial" w:hAnsi="Arial" w:eastAsia="Arial"/>
          <w:b/>
          <w:sz w:val="21"/>
        </w:rPr>
        <w:t xml:space="preserve">Interviewer: </w:t>
      </w:r>
      <w:r>
        <w:rPr>
          <w:rFonts w:ascii="Arial" w:hAnsi="Arial" w:eastAsia="Arial"/>
          <w:sz w:val="21"/>
        </w:rPr>
        <w:t>Is food the key component in all this?</w:t>
      </w:r>
    </w:p>
    <w:p>
      <w:pPr>
        <w:spacing w:after="120" w:line="259" w:lineRule="auto"/>
      </w:pPr>
      <w:r>
        <w:rPr>
          <w:rFonts w:ascii="Arial" w:hAnsi="Arial" w:eastAsia="Arial"/>
          <w:b/>
          <w:sz w:val="21"/>
        </w:rPr>
        <w:t xml:space="preserve">Interviewee: </w:t>
      </w:r>
      <w:r>
        <w:rPr>
          <w:rFonts w:ascii="Arial" w:hAnsi="Arial" w:eastAsia="Arial"/>
          <w:sz w:val="21"/>
        </w:rPr>
        <w:t>Of course it is. Healthy food. The body is a machine. You have to take care of your body, and you do that through food.</w:t>
      </w:r>
    </w:p>
    <w:sectPr w:rsidR="00FC693F" w:rsidRPr="0006063C" w:rsidSect="00034616">
      <w:pgSz w:w="12240" w:h="15840"/>
      <w:pgMar w:top="1080" w:right="1224" w:bottom="1080"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17365D" w:themeColor="text2" w:themeShade="BF"/>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