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B6C57" w14:textId="40DA860D" w:rsidR="00BD1871" w:rsidRPr="009A0437" w:rsidRDefault="00000000" w:rsidP="009A0437">
      <w:pPr>
        <w:jc w:val="center"/>
        <w:rPr>
          <w:rFonts w:cs="Arial"/>
          <w:b/>
          <w:sz w:val="32"/>
        </w:rPr>
      </w:pPr>
      <w:r w:rsidRPr="009A0437">
        <w:rPr>
          <w:rFonts w:cs="Arial"/>
          <w:b/>
          <w:sz w:val="32"/>
        </w:rPr>
        <w:t xml:space="preserve">Transcript: Interview with </w:t>
      </w:r>
      <w:r w:rsidR="005F43D4">
        <w:rPr>
          <w:rFonts w:cs="Arial"/>
          <w:b/>
          <w:sz w:val="32"/>
        </w:rPr>
        <w:t>Darko</w:t>
      </w:r>
      <w:r w:rsidRPr="009A0437">
        <w:rPr>
          <w:rFonts w:cs="Arial"/>
          <w:b/>
          <w:sz w:val="32"/>
        </w:rPr>
        <w:t xml:space="preserve"> </w:t>
      </w:r>
      <w:r w:rsidR="005F43D4">
        <w:rPr>
          <w:rFonts w:cs="Arial"/>
          <w:b/>
          <w:sz w:val="32"/>
        </w:rPr>
        <w:t>Horvat</w:t>
      </w:r>
    </w:p>
    <w:p w14:paraId="062FD542" w14:textId="76E423F0" w:rsidR="009A0437" w:rsidRPr="009A0437" w:rsidRDefault="00860113" w:rsidP="009A0437">
      <w:pPr>
        <w:jc w:val="center"/>
        <w:rPr>
          <w:rFonts w:cs="Arial"/>
          <w:sz w:val="28"/>
          <w:szCs w:val="28"/>
        </w:rPr>
      </w:pPr>
      <w:r>
        <w:rPr>
          <w:rFonts w:cs="Arial"/>
          <w:color w:val="000000"/>
          <w:sz w:val="21"/>
          <w:szCs w:val="21"/>
        </w:rPr>
        <w:t>Darko Horvat</w:t>
      </w:r>
      <w:r w:rsidR="009A0437" w:rsidRPr="009A0437">
        <w:rPr>
          <w:rFonts w:cs="Arial"/>
          <w:color w:val="000000"/>
          <w:sz w:val="21"/>
          <w:szCs w:val="21"/>
        </w:rPr>
        <w:t xml:space="preserve">, </w:t>
      </w:r>
      <w:r w:rsidR="005F43D4" w:rsidRPr="005F43D4">
        <w:rPr>
          <w:rFonts w:cs="Arial"/>
          <w:color w:val="000000"/>
          <w:sz w:val="21"/>
          <w:szCs w:val="21"/>
        </w:rPr>
        <w:t>Podgradje</w:t>
      </w:r>
      <w:r w:rsidR="009A0437" w:rsidRPr="009A0437">
        <w:rPr>
          <w:rFonts w:cs="Arial"/>
          <w:color w:val="000000"/>
          <w:sz w:val="21"/>
          <w:szCs w:val="21"/>
        </w:rPr>
        <w:t>, Slovenia, 2025</w:t>
      </w:r>
    </w:p>
    <w:p w14:paraId="35F8334D" w14:textId="77777777" w:rsidR="00BD1871" w:rsidRPr="009A0437" w:rsidRDefault="00000000" w:rsidP="009A0437">
      <w:pPr>
        <w:jc w:val="center"/>
        <w:rPr>
          <w:rFonts w:cs="Arial"/>
        </w:rPr>
      </w:pPr>
      <w:r w:rsidRPr="009A0437">
        <w:rPr>
          <w:rFonts w:cs="Arial"/>
          <w:i/>
        </w:rPr>
        <w:t>Roma Soul Food project</w:t>
      </w:r>
    </w:p>
    <w:p w14:paraId="1A0F0D0F" w14:textId="2943A134" w:rsidR="00BD1871" w:rsidRDefault="00BD1871">
      <w:pPr>
        <w:pStyle w:val="SpeakerPara"/>
        <w:rPr>
          <w:rFonts w:cs="Arial"/>
        </w:rPr>
      </w:pPr>
    </w:p>
    <w:p w14:paraId="73D7415D" w14:textId="77777777" w:rsidR="00860113" w:rsidRDefault="00860113" w:rsidP="00860113">
      <w:r>
        <w:rPr>
          <w:b/>
        </w:rPr>
        <w:t xml:space="preserve">Interviewer: </w:t>
      </w:r>
      <w:r>
        <w:t>Well then, to start off, your first and last name, and do you perhaps have a profession, any school completed?</w:t>
      </w:r>
    </w:p>
    <w:p w14:paraId="23F3886B" w14:textId="77777777" w:rsidR="00860113" w:rsidRDefault="00860113" w:rsidP="00860113">
      <w:r>
        <w:rPr>
          <w:b/>
        </w:rPr>
        <w:t xml:space="preserve">Interviewee: </w:t>
      </w:r>
      <w:r>
        <w:t>No, I don't have a profession, Horvat Darko.</w:t>
      </w:r>
    </w:p>
    <w:p w14:paraId="50C53F78" w14:textId="77777777" w:rsidR="00860113" w:rsidRDefault="00860113" w:rsidP="00860113">
      <w:r>
        <w:rPr>
          <w:b/>
        </w:rPr>
        <w:t xml:space="preserve">Interviewer: </w:t>
      </w:r>
      <w:r>
        <w:t>Good. Darko, let's go back to your childhood first. If we try to remember when you were small, what kind of dishes do you remember? What did you eat most often back then? What did you eat most often in the Roma settlement?</w:t>
      </w:r>
    </w:p>
    <w:p w14:paraId="3A20CD30" w14:textId="77777777" w:rsidR="00860113" w:rsidRDefault="00860113" w:rsidP="00860113">
      <w:r>
        <w:rPr>
          <w:b/>
        </w:rPr>
        <w:t xml:space="preserve">Interviewee: </w:t>
      </w:r>
      <w:r>
        <w:t>In the Roma settlement, we mostly had goulash, stuff like that, Székely goulash. Whatever mom brought, that's what we ate. We didn't have everything. Once on Sunday we had meat, and that was it.</w:t>
      </w:r>
    </w:p>
    <w:p w14:paraId="176C882D" w14:textId="77777777" w:rsidR="00860113" w:rsidRDefault="00860113" w:rsidP="00860113">
      <w:r>
        <w:rPr>
          <w:b/>
        </w:rPr>
        <w:t xml:space="preserve">Interviewer: </w:t>
      </w:r>
      <w:r>
        <w:t>What ingredients were used most often back then? Since it was simpler food, that is probably why.</w:t>
      </w:r>
    </w:p>
    <w:p w14:paraId="39B0E2BE" w14:textId="77777777" w:rsidR="00860113" w:rsidRDefault="00860113" w:rsidP="00860113">
      <w:r>
        <w:rPr>
          <w:b/>
        </w:rPr>
        <w:t xml:space="preserve">Interviewee: </w:t>
      </w:r>
      <w:r>
        <w:t>Yes, simple, and those little "chiki" [scraps/leftovers], how do you say it, that kind of thing. You just had whatever flour you had. If you had flour, you ate. But if you didn't have flour, then you didn't eat anything.</w:t>
      </w:r>
    </w:p>
    <w:p w14:paraId="51F755EF" w14:textId="77777777" w:rsidR="00860113" w:rsidRDefault="00860113" w:rsidP="00860113">
      <w:r>
        <w:rPr>
          <w:b/>
        </w:rPr>
        <w:t xml:space="preserve">Interviewer: </w:t>
      </w:r>
      <w:r>
        <w:t>Did you have any different food during holidays? I don't know, did you celebrate Christmas, New Year, Easter more?</w:t>
      </w:r>
    </w:p>
    <w:p w14:paraId="18A89389" w14:textId="77777777" w:rsidR="00860113" w:rsidRDefault="00860113" w:rsidP="00860113">
      <w:r>
        <w:rPr>
          <w:b/>
        </w:rPr>
        <w:t xml:space="preserve">Interviewee: </w:t>
      </w:r>
      <w:r>
        <w:t>Yes, what there was, for example, whatever mom brought, whatever she went around begging for, that's what we ate. That other stuff just wasn't ever there. Like meat, sometimes it was there, sometimes not. That's how it was.</w:t>
      </w:r>
    </w:p>
    <w:p w14:paraId="16309CDA" w14:textId="77777777" w:rsidR="00860113" w:rsidRDefault="00860113" w:rsidP="00860113">
      <w:r>
        <w:rPr>
          <w:b/>
        </w:rPr>
        <w:t xml:space="preserve">Interviewer: </w:t>
      </w:r>
      <w:r>
        <w:t>The food was simpler?</w:t>
      </w:r>
    </w:p>
    <w:p w14:paraId="61FE25DE" w14:textId="77777777" w:rsidR="00860113" w:rsidRDefault="00860113" w:rsidP="00860113">
      <w:r>
        <w:rPr>
          <w:b/>
        </w:rPr>
        <w:t xml:space="preserve">Interviewee: </w:t>
      </w:r>
      <w:r>
        <w:t>Uh-huh.</w:t>
      </w:r>
    </w:p>
    <w:p w14:paraId="6DFFAB35" w14:textId="77777777" w:rsidR="00860113" w:rsidRDefault="00860113" w:rsidP="00860113">
      <w:r>
        <w:rPr>
          <w:b/>
        </w:rPr>
        <w:t xml:space="preserve">Interviewer: </w:t>
      </w:r>
      <w:r>
        <w:t>How do you remember it today, now that you are an adult? How do you remember your childhood? What kind of memories do you associate with your childhood?</w:t>
      </w:r>
    </w:p>
    <w:p w14:paraId="0458103C" w14:textId="77777777" w:rsidR="00860113" w:rsidRDefault="00860113" w:rsidP="00860113">
      <w:r>
        <w:rPr>
          <w:b/>
        </w:rPr>
        <w:t xml:space="preserve">Interviewee: </w:t>
      </w:r>
      <w:r>
        <w:t>Yeah, I had a good, nice childhood, because only that we never had much. But otherwise, it was nice. I got my first gramophone when it had just come out. That is what mom bought me first. We didn't have much, but just having that, and a little music, that was it.</w:t>
      </w:r>
    </w:p>
    <w:p w14:paraId="41738A90" w14:textId="77777777" w:rsidR="00860113" w:rsidRDefault="00860113" w:rsidP="00860113">
      <w:r>
        <w:rPr>
          <w:b/>
        </w:rPr>
        <w:t xml:space="preserve">Interviewer: </w:t>
      </w:r>
      <w:r>
        <w:t>It was a modest life?</w:t>
      </w:r>
    </w:p>
    <w:p w14:paraId="08979C12" w14:textId="77777777" w:rsidR="00860113" w:rsidRDefault="00860113" w:rsidP="00860113">
      <w:r>
        <w:rPr>
          <w:b/>
        </w:rPr>
        <w:t xml:space="preserve">Interviewee: </w:t>
      </w:r>
      <w:r>
        <w:t>Yes.</w:t>
      </w:r>
    </w:p>
    <w:p w14:paraId="3B4B0547" w14:textId="77777777" w:rsidR="00860113" w:rsidRDefault="00860113" w:rsidP="00860113">
      <w:r>
        <w:rPr>
          <w:b/>
        </w:rPr>
        <w:t xml:space="preserve">Interviewer: </w:t>
      </w:r>
      <w:r>
        <w:t>Was life in the settlement alright? How would you describe that life in the settlement?</w:t>
      </w:r>
    </w:p>
    <w:p w14:paraId="48164B1C" w14:textId="77777777" w:rsidR="00860113" w:rsidRDefault="00860113" w:rsidP="00860113">
      <w:r>
        <w:rPr>
          <w:b/>
        </w:rPr>
        <w:t xml:space="preserve">Interviewee: </w:t>
      </w:r>
      <w:r>
        <w:t>Yeah, what should I say? Life in the settlement was a hundred times better than it is now.</w:t>
      </w:r>
    </w:p>
    <w:p w14:paraId="1A4C549B" w14:textId="77777777" w:rsidR="00860113" w:rsidRDefault="00860113" w:rsidP="00860113">
      <w:r>
        <w:rPr>
          <w:b/>
        </w:rPr>
        <w:t xml:space="preserve">Interviewer: </w:t>
      </w:r>
      <w:r>
        <w:t>Mhm, why?</w:t>
      </w:r>
    </w:p>
    <w:p w14:paraId="7D567334" w14:textId="77777777" w:rsidR="00860113" w:rsidRDefault="00860113" w:rsidP="00860113">
      <w:r>
        <w:rPr>
          <w:b/>
        </w:rPr>
        <w:lastRenderedPageBreak/>
        <w:t xml:space="preserve">Interviewee: </w:t>
      </w:r>
      <w:r>
        <w:t>Yeah, the people had everything. We didn't have anything, yet we lived better, and we were healthier. Now you have everything, but you're still sickly.</w:t>
      </w:r>
    </w:p>
    <w:p w14:paraId="788E9B3B" w14:textId="77777777" w:rsidR="00860113" w:rsidRDefault="00860113" w:rsidP="00860113">
      <w:r>
        <w:rPr>
          <w:b/>
        </w:rPr>
        <w:t xml:space="preserve">Interviewer: </w:t>
      </w:r>
      <w:r>
        <w:t>Interesting. Since you mentioned health, that you were healthier back then, how did you and your parents back then, if you even paid attention to living a healthier life because of food? Considering there wasn't much to choose from. How did you look at that in childhood, food and health?</w:t>
      </w:r>
    </w:p>
    <w:p w14:paraId="11E624B1" w14:textId="77777777" w:rsidR="00860113" w:rsidRDefault="00860113" w:rsidP="00860113">
      <w:r>
        <w:rPr>
          <w:b/>
        </w:rPr>
        <w:t xml:space="preserve">Interviewee: </w:t>
      </w:r>
      <w:r>
        <w:t>Health now, look there... That time and before, what it was like. Before, they had whatever they had, and they ate everything, and they begged, and lived nicely, and it was a hundred times better. And eating was like that. Now what do I have? Just eat this, finish it. Heat it, reheat it, and other things, others don't know that. We, when our parents cooked, we had to eat it. You wouldn't be picky, saying "I will have this" or "I will have that." Whatever is on the table, it must be eaten.</w:t>
      </w:r>
    </w:p>
    <w:p w14:paraId="451A5053" w14:textId="77777777" w:rsidR="00860113" w:rsidRDefault="00860113" w:rsidP="00860113">
      <w:r>
        <w:rPr>
          <w:b/>
        </w:rPr>
        <w:t xml:space="preserve">Interviewer: </w:t>
      </w:r>
      <w:r>
        <w:t>Did you also have any home remedies back then? Did your parents or grandparents use them? Either for a cold or if someone was sick?</w:t>
      </w:r>
    </w:p>
    <w:p w14:paraId="1D885892" w14:textId="77777777" w:rsidR="00860113" w:rsidRDefault="00860113" w:rsidP="00860113">
      <w:r>
        <w:rPr>
          <w:b/>
        </w:rPr>
        <w:t xml:space="preserve">Interviewee: </w:t>
      </w:r>
      <w:r>
        <w:t>Yes, my mom used to make potato compresses for us for fevers. And she made tea from spruce. Just don't ask me how, or how that worked.</w:t>
      </w:r>
    </w:p>
    <w:p w14:paraId="12BA9968" w14:textId="77777777" w:rsidR="00860113" w:rsidRDefault="00860113" w:rsidP="00860113">
      <w:r>
        <w:rPr>
          <w:b/>
        </w:rPr>
        <w:t xml:space="preserve">Interviewer: </w:t>
      </w:r>
      <w:r>
        <w:t>What about that with the potatoes? That's not familiar to me. How does that with the potatoes work, why was that?</w:t>
      </w:r>
    </w:p>
    <w:p w14:paraId="1B9BDF62" w14:textId="77777777" w:rsidR="00860113" w:rsidRDefault="00860113" w:rsidP="00860113">
      <w:r>
        <w:rPr>
          <w:b/>
        </w:rPr>
        <w:t xml:space="preserve">Interviewee: </w:t>
      </w:r>
      <w:r>
        <w:t>For fever, and stuff like that. And vinegar, for fever. They put it on the feet, on the hands, or up here.</w:t>
      </w:r>
    </w:p>
    <w:p w14:paraId="45D579B5" w14:textId="77777777" w:rsidR="00860113" w:rsidRDefault="00860113" w:rsidP="00860113">
      <w:r>
        <w:rPr>
          <w:b/>
        </w:rPr>
        <w:t xml:space="preserve">Interviewer: </w:t>
      </w:r>
      <w:r>
        <w:t>Pure vinegar?</w:t>
      </w:r>
    </w:p>
    <w:p w14:paraId="29AAFD0E" w14:textId="77777777" w:rsidR="00860113" w:rsidRDefault="00860113" w:rsidP="00860113">
      <w:r>
        <w:rPr>
          <w:b/>
        </w:rPr>
        <w:t xml:space="preserve">Interviewee: </w:t>
      </w:r>
      <w:r>
        <w:t>Pure vinegar. There.</w:t>
      </w:r>
    </w:p>
    <w:p w14:paraId="1FBAD5EF" w14:textId="77777777" w:rsidR="00860113" w:rsidRDefault="00860113" w:rsidP="00860113">
      <w:r>
        <w:rPr>
          <w:b/>
        </w:rPr>
        <w:t xml:space="preserve">Interviewer: </w:t>
      </w:r>
      <w:r>
        <w:t>And did it help?</w:t>
      </w:r>
    </w:p>
    <w:p w14:paraId="5DADEF1D" w14:textId="77777777" w:rsidR="00860113" w:rsidRDefault="00860113" w:rsidP="00860113">
      <w:r>
        <w:rPr>
          <w:b/>
        </w:rPr>
        <w:t xml:space="preserve">Interviewee: </w:t>
      </w:r>
      <w:r>
        <w:t>Yes, that still helps today. If someone is, you know, feeling unwell, I know, use vinegar or potatoes, and the fever goes away.</w:t>
      </w:r>
    </w:p>
    <w:p w14:paraId="74BB1BB3" w14:textId="77777777" w:rsidR="00860113" w:rsidRDefault="00860113" w:rsidP="00860113">
      <w:r>
        <w:rPr>
          <w:b/>
        </w:rPr>
        <w:t xml:space="preserve">Interviewer: </w:t>
      </w:r>
      <w:r>
        <w:t>And how... I mean, the potato and fever, how do you do that?</w:t>
      </w:r>
    </w:p>
    <w:p w14:paraId="49229F02" w14:textId="77777777" w:rsidR="00860113" w:rsidRDefault="00860113" w:rsidP="00860113">
      <w:r>
        <w:rPr>
          <w:b/>
        </w:rPr>
        <w:t xml:space="preserve">Interviewee: </w:t>
      </w:r>
      <w:r>
        <w:t>Yeah, you put it inside a cloth, some old rag, and on the hand, or on the head, depending.</w:t>
      </w:r>
    </w:p>
    <w:p w14:paraId="503AE8AA" w14:textId="77777777" w:rsidR="00860113" w:rsidRDefault="00860113" w:rsidP="00860113">
      <w:r>
        <w:rPr>
          <w:b/>
        </w:rPr>
        <w:t xml:space="preserve">Interviewer: </w:t>
      </w:r>
      <w:r>
        <w:t>And it helps?</w:t>
      </w:r>
    </w:p>
    <w:p w14:paraId="7EFCB2E5" w14:textId="77777777" w:rsidR="00860113" w:rsidRDefault="00860113" w:rsidP="00860113">
      <w:r>
        <w:rPr>
          <w:b/>
        </w:rPr>
        <w:t xml:space="preserve">Interviewee: </w:t>
      </w:r>
      <w:r>
        <w:t>Yes.</w:t>
      </w:r>
    </w:p>
    <w:p w14:paraId="3F680609" w14:textId="77777777" w:rsidR="00860113" w:rsidRDefault="00860113" w:rsidP="00860113">
      <w:r>
        <w:rPr>
          <w:b/>
        </w:rPr>
        <w:t xml:space="preserve">Interviewer: </w:t>
      </w:r>
      <w:r>
        <w:t>OK, interesting. What about that other thing, some spruce thing?</w:t>
      </w:r>
    </w:p>
    <w:p w14:paraId="14BC5114" w14:textId="77777777" w:rsidR="00860113" w:rsidRDefault="00860113" w:rsidP="00860113">
      <w:r>
        <w:rPr>
          <w:b/>
        </w:rPr>
        <w:t xml:space="preserve">Interviewee: </w:t>
      </w:r>
      <w:r>
        <w:t>That's for making tea. Or that, I don't know how my mom did it, when more people were doing it, I don't know how.</w:t>
      </w:r>
    </w:p>
    <w:p w14:paraId="177F1C86" w14:textId="77777777" w:rsidR="00860113" w:rsidRDefault="00860113" w:rsidP="00860113">
      <w:r>
        <w:rPr>
          <w:b/>
        </w:rPr>
        <w:t xml:space="preserve">Interviewer: </w:t>
      </w:r>
      <w:r>
        <w:t>Aha, OK. Spruce tea then for health?</w:t>
      </w:r>
    </w:p>
    <w:p w14:paraId="0275F343" w14:textId="77777777" w:rsidR="00860113" w:rsidRDefault="00860113" w:rsidP="00860113">
      <w:r>
        <w:rPr>
          <w:b/>
        </w:rPr>
        <w:t xml:space="preserve">Interviewee: </w:t>
      </w:r>
      <w:r>
        <w:t>Yes.</w:t>
      </w:r>
    </w:p>
    <w:p w14:paraId="0201F5C2" w14:textId="77777777" w:rsidR="00860113" w:rsidRDefault="00860113" w:rsidP="00860113">
      <w:r>
        <w:rPr>
          <w:b/>
        </w:rPr>
        <w:t xml:space="preserve">Interviewer: </w:t>
      </w:r>
      <w:r>
        <w:t>Do you remember from childhood, were you often sick? If you were ever sick at all?</w:t>
      </w:r>
    </w:p>
    <w:p w14:paraId="203DD199" w14:textId="77777777" w:rsidR="00860113" w:rsidRDefault="00860113" w:rsidP="00860113">
      <w:r>
        <w:rPr>
          <w:b/>
        </w:rPr>
        <w:t xml:space="preserve">Interviewee: </w:t>
      </w:r>
      <w:r>
        <w:t>I don't even know. No. Maybe once a year, twice, more than that, no.</w:t>
      </w:r>
    </w:p>
    <w:p w14:paraId="7E9E94F1" w14:textId="77777777" w:rsidR="00860113" w:rsidRDefault="00860113" w:rsidP="00860113">
      <w:r>
        <w:rPr>
          <w:b/>
        </w:rPr>
        <w:t xml:space="preserve">Interviewer: </w:t>
      </w:r>
      <w:r>
        <w:t>It's probably related to what you said at the beginning, that back then you ate everything you had and you still lived healthy.</w:t>
      </w:r>
    </w:p>
    <w:p w14:paraId="24C4ED38" w14:textId="77777777" w:rsidR="00860113" w:rsidRDefault="00860113" w:rsidP="00860113">
      <w:r>
        <w:rPr>
          <w:b/>
        </w:rPr>
        <w:t xml:space="preserve">Interviewee: </w:t>
      </w:r>
      <w:r>
        <w:t>Yes.</w:t>
      </w:r>
    </w:p>
    <w:p w14:paraId="31CD4700" w14:textId="77777777" w:rsidR="00860113" w:rsidRDefault="00860113" w:rsidP="00860113">
      <w:r>
        <w:rPr>
          <w:b/>
        </w:rPr>
        <w:t xml:space="preserve">Interviewer: </w:t>
      </w:r>
      <w:r>
        <w:t>Would you say that when you were still young, did the Roma back then even look at health through nutrition, what they would eat? I don't know, how do you remember that?</w:t>
      </w:r>
    </w:p>
    <w:p w14:paraId="2B2993AF" w14:textId="77777777" w:rsidR="00860113" w:rsidRDefault="00860113" w:rsidP="00860113">
      <w:r>
        <w:rPr>
          <w:b/>
        </w:rPr>
        <w:t xml:space="preserve">Interviewee: </w:t>
      </w:r>
      <w:r>
        <w:t>Whatever you had, you ate. You couldn't be picky like today. It wasn't there, there was no ham, that wasn't there, that wasn't there. Whatever mom went around begging for, that's what we ate. You couldn't be picky.</w:t>
      </w:r>
    </w:p>
    <w:p w14:paraId="75135B64" w14:textId="77777777" w:rsidR="00860113" w:rsidRDefault="00860113" w:rsidP="00860113">
      <w:r>
        <w:rPr>
          <w:b/>
        </w:rPr>
        <w:t xml:space="preserve">Interviewer: </w:t>
      </w:r>
      <w:r>
        <w:t>What about now in adult life? Did you then, years later, also go outside the Roma settlement?</w:t>
      </w:r>
    </w:p>
    <w:p w14:paraId="02A5FBBA" w14:textId="77777777" w:rsidR="00860113" w:rsidRDefault="00860113" w:rsidP="00860113">
      <w:r>
        <w:rPr>
          <w:b/>
        </w:rPr>
        <w:t xml:space="preserve">Interviewee: </w:t>
      </w:r>
      <w:r>
        <w:t>Yes, then I moved to Austria. And life was better there. There you had everything you wished for.</w:t>
      </w:r>
    </w:p>
    <w:p w14:paraId="34B6AD5E" w14:textId="77777777" w:rsidR="00860113" w:rsidRDefault="00860113" w:rsidP="00860113">
      <w:r>
        <w:rPr>
          <w:b/>
        </w:rPr>
        <w:t xml:space="preserve">Interviewer: </w:t>
      </w:r>
      <w:r>
        <w:t>How was that for you back then? Did you also change your life or food?</w:t>
      </w:r>
    </w:p>
    <w:p w14:paraId="5F25BBBA" w14:textId="77777777" w:rsidR="00860113" w:rsidRDefault="00860113" w:rsidP="00860113">
      <w:r>
        <w:rPr>
          <w:b/>
        </w:rPr>
        <w:t xml:space="preserve">Interviewee: </w:t>
      </w:r>
      <w:r>
        <w:t>Life, yes, life, food, everything changed.</w:t>
      </w:r>
    </w:p>
    <w:p w14:paraId="459FB17A" w14:textId="77777777" w:rsidR="00860113" w:rsidRDefault="00860113" w:rsidP="00860113">
      <w:r>
        <w:rPr>
          <w:b/>
        </w:rPr>
        <w:t xml:space="preserve">Interviewer: </w:t>
      </w:r>
      <w:r>
        <w:t>If you could tell a bit more, when you moved to Austria, how did that influence the food? What did you eat differently?</w:t>
      </w:r>
    </w:p>
    <w:p w14:paraId="1A68662C" w14:textId="77777777" w:rsidR="00860113" w:rsidRDefault="00860113" w:rsidP="00860113">
      <w:r>
        <w:rPr>
          <w:b/>
        </w:rPr>
        <w:t xml:space="preserve">Interviewee: </w:t>
      </w:r>
      <w:r>
        <w:t>Yes, well, everything was better. Whatever we didn't have at home, I got all of it.</w:t>
      </w:r>
    </w:p>
    <w:p w14:paraId="32245916" w14:textId="77777777" w:rsidR="00860113" w:rsidRDefault="00860113" w:rsidP="00860113">
      <w:r>
        <w:rPr>
          <w:b/>
        </w:rPr>
        <w:t xml:space="preserve">Interviewer: </w:t>
      </w:r>
      <w:r>
        <w:t>For example? Like what?</w:t>
      </w:r>
    </w:p>
    <w:p w14:paraId="377A7630" w14:textId="77777777" w:rsidR="00860113" w:rsidRDefault="00860113" w:rsidP="00860113">
      <w:r>
        <w:rPr>
          <w:b/>
        </w:rPr>
        <w:t xml:space="preserve">Interviewee: </w:t>
      </w:r>
      <w:r>
        <w:t>Schnitzels, I don't know, pizzas, whatever you had, everything was available.</w:t>
      </w:r>
    </w:p>
    <w:p w14:paraId="7014D711" w14:textId="77777777" w:rsidR="00860113" w:rsidRDefault="00860113" w:rsidP="00860113">
      <w:r>
        <w:rPr>
          <w:b/>
        </w:rPr>
        <w:t xml:space="preserve">Interviewer: </w:t>
      </w:r>
      <w:r>
        <w:t>How was it for you back then, when you suddenly had so much food available?</w:t>
      </w:r>
    </w:p>
    <w:p w14:paraId="6A8B99E4" w14:textId="77777777" w:rsidR="00860113" w:rsidRDefault="00860113" w:rsidP="00860113">
      <w:r>
        <w:rPr>
          <w:b/>
        </w:rPr>
        <w:t xml:space="preserve">Interviewee: </w:t>
      </w:r>
      <w:r>
        <w:t>It felt strange to me. You don't know what to take, this or that, or pastry, or that. Everything was there.</w:t>
      </w:r>
    </w:p>
    <w:p w14:paraId="089B9D44" w14:textId="77777777" w:rsidR="00860113" w:rsidRDefault="00860113" w:rsidP="00860113">
      <w:r>
        <w:rPr>
          <w:b/>
        </w:rPr>
        <w:t xml:space="preserve">Interviewer: </w:t>
      </w:r>
      <w:r>
        <w:t>That is very interesting to me. Did you, after you moved abroad, and then back to Slovenia, still cook the things the Roma used to cook at home? Did you still cook that traditional Roma food?</w:t>
      </w:r>
    </w:p>
    <w:p w14:paraId="54ED0096" w14:textId="77777777" w:rsidR="00860113" w:rsidRDefault="00860113" w:rsidP="00860113">
      <w:r>
        <w:rPr>
          <w:b/>
        </w:rPr>
        <w:t xml:space="preserve">Interviewee: </w:t>
      </w:r>
      <w:r>
        <w:t>Well yes, I still cook it today, for example, red macaroni, which we made before. The cauldron flatbread, which I make. Goulash, Székely goulash, I still cook all of that the old-fashioned way.</w:t>
      </w:r>
    </w:p>
    <w:p w14:paraId="233C4DE4" w14:textId="77777777" w:rsidR="00860113" w:rsidRDefault="00860113" w:rsidP="00860113">
      <w:r>
        <w:rPr>
          <w:b/>
        </w:rPr>
        <w:t xml:space="preserve">Interviewer: </w:t>
      </w:r>
      <w:r>
        <w:t>This red macaroni, what is that? How is that prepared?</w:t>
      </w:r>
    </w:p>
    <w:p w14:paraId="5B84DDAC" w14:textId="77777777" w:rsidR="00860113" w:rsidRDefault="00860113" w:rsidP="00860113">
      <w:r>
        <w:rPr>
          <w:b/>
        </w:rPr>
        <w:t xml:space="preserve">Interviewee: </w:t>
      </w:r>
      <w:r>
        <w:t>That's made by cooking potatoes and macaroni. You mix the macaroni in a bowl, you make it all together, then you take red paprika powder, put it on some oil, and pour it over the macaroni and potatoes. And then you mix it all together.</w:t>
      </w:r>
    </w:p>
    <w:p w14:paraId="1338F205" w14:textId="77777777" w:rsidR="00860113" w:rsidRDefault="00860113" w:rsidP="00860113">
      <w:r>
        <w:rPr>
          <w:b/>
        </w:rPr>
        <w:t xml:space="preserve">Interviewer: </w:t>
      </w:r>
      <w:r>
        <w:t>Is that like some kind of macaroni soup with potatoes variant?</w:t>
      </w:r>
    </w:p>
    <w:p w14:paraId="0AA957D3" w14:textId="77777777" w:rsidR="00860113" w:rsidRDefault="00860113" w:rsidP="00860113">
      <w:r>
        <w:rPr>
          <w:b/>
        </w:rPr>
        <w:t xml:space="preserve">Interviewee: </w:t>
      </w:r>
      <w:r>
        <w:t>Yes, or it's dry.</w:t>
      </w:r>
    </w:p>
    <w:p w14:paraId="1D9B015C" w14:textId="77777777" w:rsidR="00860113" w:rsidRDefault="00860113" w:rsidP="00860113">
      <w:r>
        <w:rPr>
          <w:b/>
        </w:rPr>
        <w:t xml:space="preserve">Interviewer: </w:t>
      </w:r>
      <w:r>
        <w:t>You still cook that today, but are those things your parents cooked, is it a tradition?</w:t>
      </w:r>
    </w:p>
    <w:p w14:paraId="5E8FF9BE" w14:textId="77777777" w:rsidR="00860113" w:rsidRDefault="00860113" w:rsidP="00860113">
      <w:r>
        <w:rPr>
          <w:b/>
        </w:rPr>
        <w:t xml:space="preserve">Interviewee: </w:t>
      </w:r>
      <w:r>
        <w:t>Yes. Parents cooked it, yes, and everything. Everything old-fashioned, still today. Because mom taught me everything, how it must be done.</w:t>
      </w:r>
    </w:p>
    <w:p w14:paraId="546CC743" w14:textId="77777777" w:rsidR="00860113" w:rsidRDefault="00860113" w:rsidP="00860113">
      <w:r>
        <w:rPr>
          <w:b/>
        </w:rPr>
        <w:t xml:space="preserve">Interviewer: </w:t>
      </w:r>
      <w:r>
        <w:t>Considering that you still cook Roma dishes today, do you perhaps have favorite Roma dishes? How are they prepared? Are they difficult to prepare? What do you like best among Roma dishes?</w:t>
      </w:r>
    </w:p>
    <w:p w14:paraId="6C253BFD" w14:textId="77777777" w:rsidR="00860113" w:rsidRDefault="00860113" w:rsidP="00860113">
      <w:r>
        <w:rPr>
          <w:b/>
        </w:rPr>
        <w:t xml:space="preserve">Interviewee: </w:t>
      </w:r>
      <w:r>
        <w:t>From these macaroni and then... or macaroni with white cheese on top. That is still old-fashioned food. That.</w:t>
      </w:r>
    </w:p>
    <w:p w14:paraId="6B7B5344" w14:textId="77777777" w:rsidR="00860113" w:rsidRDefault="00860113" w:rsidP="00860113">
      <w:r>
        <w:rPr>
          <w:b/>
        </w:rPr>
        <w:t xml:space="preserve">Interviewer: </w:t>
      </w:r>
      <w:r>
        <w:t>How about holidays? You said once that you ate what you had even for holidays. Today, when there are more things available, how does your holiday food look today, for Christmas or Easter?</w:t>
      </w:r>
    </w:p>
    <w:p w14:paraId="7536495E" w14:textId="77777777" w:rsidR="00860113" w:rsidRDefault="00860113" w:rsidP="00860113">
      <w:r>
        <w:rPr>
          <w:b/>
        </w:rPr>
        <w:t xml:space="preserve">Interviewee: </w:t>
      </w:r>
      <w:r>
        <w:t>Yes, today we have everything, according to wish. We order cold cuts, or something like that, or we fry some meat.</w:t>
      </w:r>
    </w:p>
    <w:p w14:paraId="3EA98A1E" w14:textId="77777777" w:rsidR="00860113" w:rsidRDefault="00860113" w:rsidP="00860113">
      <w:r>
        <w:rPr>
          <w:b/>
        </w:rPr>
        <w:t xml:space="preserve">Interviewer: </w:t>
      </w:r>
      <w:r>
        <w:t>Will you pass on this knowledge of Roma dishes to the younger generations? Do you think they will even want to learn Roma dishes?</w:t>
      </w:r>
    </w:p>
    <w:p w14:paraId="09247B31" w14:textId="77777777" w:rsidR="00860113" w:rsidRDefault="00860113" w:rsidP="00860113">
      <w:r>
        <w:rPr>
          <w:b/>
        </w:rPr>
        <w:t xml:space="preserve">Interviewee: </w:t>
      </w:r>
      <w:r>
        <w:t>Yes, that depends on the children. That depends all on them, and how they accept it. Some already know, others maybe not yet.</w:t>
      </w:r>
    </w:p>
    <w:p w14:paraId="5796B58E" w14:textId="77777777" w:rsidR="00860113" w:rsidRDefault="00860113" w:rsidP="00860113">
      <w:r>
        <w:rPr>
          <w:b/>
        </w:rPr>
        <w:t xml:space="preserve">Interviewer: </w:t>
      </w:r>
      <w:r>
        <w:t>Do you think it's important that children today learn also to cook Roma dishes?</w:t>
      </w:r>
    </w:p>
    <w:p w14:paraId="4BBFEF9D" w14:textId="77777777" w:rsidR="00860113" w:rsidRDefault="00860113" w:rsidP="00860113">
      <w:r>
        <w:rPr>
          <w:b/>
        </w:rPr>
        <w:t xml:space="preserve">Interviewee: </w:t>
      </w:r>
      <w:r>
        <w:t>Yes, of course, that would be important, that this tradition must not fall anywhere. This tradition must carry on.</w:t>
      </w:r>
    </w:p>
    <w:p w14:paraId="1D582A83" w14:textId="77777777" w:rsidR="00860113" w:rsidRDefault="00860113" w:rsidP="00860113">
      <w:r>
        <w:rPr>
          <w:b/>
        </w:rPr>
        <w:t xml:space="preserve">Interviewer: </w:t>
      </w:r>
      <w:r>
        <w:t>What is your diet today? I don't know, what do you eat most often today? Is it pork, beef, chicken, pasta, vegetables, fruit? What do you cook most often? Because you like to cook, right?</w:t>
      </w:r>
    </w:p>
    <w:p w14:paraId="5A639A36" w14:textId="77777777" w:rsidR="00860113" w:rsidRDefault="00860113" w:rsidP="00860113">
      <w:r>
        <w:rPr>
          <w:b/>
        </w:rPr>
        <w:t xml:space="preserve">Interviewee: </w:t>
      </w:r>
      <w:r>
        <w:t>Yes. Sometimes I make Parisian-style schnitzels, or more pasta. Goulash, I already make Székely goulash. Things like that.</w:t>
      </w:r>
    </w:p>
    <w:p w14:paraId="3A1FF36B" w14:textId="77777777" w:rsidR="00860113" w:rsidRDefault="00860113" w:rsidP="00860113">
      <w:r>
        <w:rPr>
          <w:b/>
        </w:rPr>
        <w:t xml:space="preserve">Interviewer: </w:t>
      </w:r>
      <w:r>
        <w:t>What about prepared food? You mentioned earlier that today it is mostly that you just bring it, heat it, and eat it, but you mostly cook everything yourself.</w:t>
      </w:r>
    </w:p>
    <w:p w14:paraId="76CA15A0" w14:textId="77777777" w:rsidR="00860113" w:rsidRDefault="00860113" w:rsidP="00860113">
      <w:r>
        <w:rPr>
          <w:b/>
        </w:rPr>
        <w:t xml:space="preserve">Interviewee: </w:t>
      </w:r>
      <w:r>
        <w:t>Yes. Because I, that "eat, finish it, heat it" or how that goes, no. I prefer to make it at home, and I know what I put in it. That, when you heat it and eat it, it's not worth it today.</w:t>
      </w:r>
    </w:p>
    <w:p w14:paraId="41AC9F73" w14:textId="77777777" w:rsidR="00860113" w:rsidRDefault="00860113" w:rsidP="00860113">
      <w:r>
        <w:rPr>
          <w:b/>
        </w:rPr>
        <w:t xml:space="preserve">Interviewer: </w:t>
      </w:r>
      <w:r>
        <w:t>Is it perhaps also dependent for holiday dishes, how much a person can afford? How much does money today affect what we can even eat? Mostly, you can't pay as much attention to healthy food.</w:t>
      </w:r>
    </w:p>
    <w:p w14:paraId="166DD014" w14:textId="77777777" w:rsidR="00860113" w:rsidRDefault="00860113" w:rsidP="00860113">
      <w:r>
        <w:rPr>
          <w:b/>
        </w:rPr>
        <w:t xml:space="preserve">Interviewee: </w:t>
      </w:r>
      <w:r>
        <w:t>Yes, whatever we can afford, that's what we eat.</w:t>
      </w:r>
    </w:p>
    <w:p w14:paraId="0DD445D1" w14:textId="77777777" w:rsidR="00860113" w:rsidRDefault="00860113" w:rsidP="00860113">
      <w:r>
        <w:rPr>
          <w:b/>
        </w:rPr>
        <w:t xml:space="preserve">Interviewer: </w:t>
      </w:r>
      <w:r>
        <w:t>Would you say today that Roma eat healthier or unhealthier?</w:t>
      </w:r>
    </w:p>
    <w:p w14:paraId="23871F65" w14:textId="77777777" w:rsidR="00860113" w:rsidRDefault="00860113" w:rsidP="00860113">
      <w:r>
        <w:rPr>
          <w:b/>
        </w:rPr>
        <w:t xml:space="preserve">Interviewee: </w:t>
      </w:r>
      <w:r>
        <w:t>Unhealthier. Pork, and that, and meat every day, that is unhealthy today. For us, more vegetables come, peppers, tomatoes, cucumbers, and dishes like that.</w:t>
      </w:r>
    </w:p>
    <w:p w14:paraId="11CC2F93" w14:textId="77777777" w:rsidR="00860113" w:rsidRDefault="00860113" w:rsidP="00860113">
      <w:r>
        <w:rPr>
          <w:b/>
        </w:rPr>
        <w:t xml:space="preserve">Interviewer: </w:t>
      </w:r>
      <w:r>
        <w:t>How do you understand how food affects health? Do you think it is important that we should put more emphasis on this?</w:t>
      </w:r>
    </w:p>
    <w:p w14:paraId="6149D19F" w14:textId="77777777" w:rsidR="00860113" w:rsidRDefault="00860113" w:rsidP="00860113">
      <w:r>
        <w:rPr>
          <w:b/>
        </w:rPr>
        <w:t xml:space="preserve">Interviewee: </w:t>
      </w:r>
      <w:r>
        <w:t>I didn't understand that now.</w:t>
      </w:r>
    </w:p>
    <w:p w14:paraId="67FBBBF1" w14:textId="77777777" w:rsidR="00860113" w:rsidRDefault="00860113" w:rsidP="00860113">
      <w:r>
        <w:rPr>
          <w:b/>
        </w:rPr>
        <w:t xml:space="preserve">Interviewer: </w:t>
      </w:r>
      <w:r>
        <w:t>How does food affect health?</w:t>
      </w:r>
    </w:p>
    <w:p w14:paraId="3F65FE11" w14:textId="77777777" w:rsidR="00860113" w:rsidRDefault="00860113" w:rsidP="00860113">
      <w:r>
        <w:rPr>
          <w:b/>
        </w:rPr>
        <w:t xml:space="preserve">Interviewee: </w:t>
      </w:r>
      <w:r>
        <w:t>Yes, well look. Pork is unhealthy now, compared to how it was before. Today we don't know what they do, how they raise the pigs, how the animals suffer, we don't know what kind of disease it is or something.</w:t>
      </w:r>
    </w:p>
    <w:p w14:paraId="46D0B322" w14:textId="77777777" w:rsidR="00860113" w:rsidRDefault="00860113" w:rsidP="00860113">
      <w:r>
        <w:rPr>
          <w:b/>
        </w:rPr>
        <w:t xml:space="preserve">Interviewer: </w:t>
      </w:r>
      <w:r>
        <w:t>It's probably the same for vegetables that...</w:t>
      </w:r>
    </w:p>
    <w:p w14:paraId="4F74FAD7" w14:textId="77777777" w:rsidR="00860113" w:rsidRDefault="00860113" w:rsidP="00860113">
      <w:r>
        <w:rPr>
          <w:b/>
        </w:rPr>
        <w:t xml:space="preserve">Interviewee: </w:t>
      </w:r>
      <w:r>
        <w:t>Yes. That is all artificial now. Today there isn't that which farmers had before, when you went and picked it down. Now it's all artificial. That is not healthy anymore, as it was before.</w:t>
      </w:r>
    </w:p>
    <w:p w14:paraId="0F98CC03" w14:textId="77777777" w:rsidR="00860113" w:rsidRPr="009A0437" w:rsidRDefault="00860113">
      <w:pPr>
        <w:pStyle w:val="SpeakerPara"/>
        <w:rPr>
          <w:rFonts w:cs="Arial"/>
        </w:rPr>
      </w:pPr>
    </w:p>
    <w:sectPr w:rsidR="00860113" w:rsidRPr="009A0437" w:rsidSect="00034616">
      <w:headerReference w:type="default" r:id="rId8"/>
      <w:pgSz w:w="12240" w:h="15840"/>
      <w:pgMar w:top="1134"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6B695" w14:textId="77777777" w:rsidR="00794E93" w:rsidRDefault="00794E93" w:rsidP="009A0437">
      <w:pPr>
        <w:spacing w:after="0" w:line="240" w:lineRule="auto"/>
      </w:pPr>
      <w:r>
        <w:separator/>
      </w:r>
    </w:p>
  </w:endnote>
  <w:endnote w:type="continuationSeparator" w:id="0">
    <w:p w14:paraId="5648197D" w14:textId="77777777" w:rsidR="00794E93" w:rsidRDefault="00794E93" w:rsidP="009A0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451CD" w14:textId="77777777" w:rsidR="00794E93" w:rsidRDefault="00794E93" w:rsidP="009A0437">
      <w:pPr>
        <w:spacing w:after="0" w:line="240" w:lineRule="auto"/>
      </w:pPr>
      <w:r>
        <w:separator/>
      </w:r>
    </w:p>
  </w:footnote>
  <w:footnote w:type="continuationSeparator" w:id="0">
    <w:p w14:paraId="797C4733" w14:textId="77777777" w:rsidR="00794E93" w:rsidRDefault="00794E93" w:rsidP="009A04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86A3" w14:textId="3E24CE97" w:rsidR="009A0437" w:rsidRDefault="009A0437">
    <w:pPr>
      <w:pStyle w:val="Header"/>
    </w:pPr>
    <w:r>
      <w:rPr>
        <w:noProof/>
      </w:rPr>
      <w:drawing>
        <wp:anchor distT="0" distB="0" distL="114300" distR="114300" simplePos="0" relativeHeight="251658240" behindDoc="1" locked="0" layoutInCell="1" allowOverlap="1" wp14:anchorId="25163C3E" wp14:editId="3E7C5EC3">
          <wp:simplePos x="0" y="0"/>
          <wp:positionH relativeFrom="column">
            <wp:posOffset>0</wp:posOffset>
          </wp:positionH>
          <wp:positionV relativeFrom="paragraph">
            <wp:posOffset>-426720</wp:posOffset>
          </wp:positionV>
          <wp:extent cx="5972810" cy="663575"/>
          <wp:effectExtent l="0" t="0" r="0" b="0"/>
          <wp:wrapNone/>
          <wp:docPr id="18866869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686949" name="Picture 1886686949"/>
                  <pic:cNvPicPr/>
                </pic:nvPicPr>
                <pic:blipFill>
                  <a:blip r:embed="rId1"/>
                  <a:stretch>
                    <a:fillRect/>
                  </a:stretch>
                </pic:blipFill>
                <pic:spPr>
                  <a:xfrm>
                    <a:off x="0" y="0"/>
                    <a:ext cx="5972810" cy="663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8980079">
    <w:abstractNumId w:val="8"/>
  </w:num>
  <w:num w:numId="2" w16cid:durableId="1279534122">
    <w:abstractNumId w:val="6"/>
  </w:num>
  <w:num w:numId="3" w16cid:durableId="973372077">
    <w:abstractNumId w:val="5"/>
  </w:num>
  <w:num w:numId="4" w16cid:durableId="1047146354">
    <w:abstractNumId w:val="4"/>
  </w:num>
  <w:num w:numId="5" w16cid:durableId="1593394344">
    <w:abstractNumId w:val="7"/>
  </w:num>
  <w:num w:numId="6" w16cid:durableId="907617185">
    <w:abstractNumId w:val="3"/>
  </w:num>
  <w:num w:numId="7" w16cid:durableId="2004814742">
    <w:abstractNumId w:val="2"/>
  </w:num>
  <w:num w:numId="8" w16cid:durableId="548542120">
    <w:abstractNumId w:val="1"/>
  </w:num>
  <w:num w:numId="9" w16cid:durableId="1585341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77296"/>
    <w:rsid w:val="005F43D4"/>
    <w:rsid w:val="007741D1"/>
    <w:rsid w:val="00794E93"/>
    <w:rsid w:val="00860113"/>
    <w:rsid w:val="009A0437"/>
    <w:rsid w:val="00AA1D8D"/>
    <w:rsid w:val="00B47730"/>
    <w:rsid w:val="00BD1871"/>
    <w:rsid w:val="00CB0664"/>
    <w:rsid w:val="00D75E1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2EA7C3"/>
  <w14:defaultImageDpi w14:val="300"/>
  <w15:docId w15:val="{2D912FB5-0CBA-5B43-A6DD-6F7E74760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rial" w:eastAsia="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peakerPara">
    <w:name w:val="SpeakerPara"/>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1536</Words>
  <Characters>8758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Transcript: Interview with Marcel Baranja</vt:lpstr>
    </vt:vector>
  </TitlesOfParts>
  <Manager/>
  <Company/>
  <LinksUpToDate>false</LinksUpToDate>
  <CharactersWithSpaces>10274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Transcript: Interview with Marcel Baranja</dc:title>
  <dc:subject/>
  <dc:creator>Microsoft Office User</dc:creator>
  <cp:keywords/>
  <dc:description>generated by python-docx</dc:description>
  <cp:lastModifiedBy>Microsoft Office User</cp:lastModifiedBy>
  <cp:revision>3</cp:revision>
  <dcterms:created xsi:type="dcterms:W3CDTF">2026-05-27T12:37:00Z</dcterms:created>
  <dcterms:modified xsi:type="dcterms:W3CDTF">2026-05-27T12:47:00Z</dcterms:modified>
  <cp:category/>
</cp:coreProperties>
</file>