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07222EC7" w:rsidR="00BD1871" w:rsidRPr="009A0437" w:rsidRDefault="00000000" w:rsidP="00A67DDC">
      <w:pPr>
        <w:jc w:val="center"/>
        <w:rPr>
          <w:rFonts w:cs="Arial"/>
          <w:b/>
          <w:sz w:val="32"/>
        </w:rPr>
      </w:pPr>
      <w:r w:rsidRPr="009A0437">
        <w:rPr>
          <w:rFonts w:cs="Arial"/>
          <w:b/>
          <w:sz w:val="32"/>
        </w:rPr>
        <w:t xml:space="preserve">Transcript: Interview with </w:t>
      </w:r>
      <w:r w:rsidR="00AB3143" w:rsidRPr="00AB3143">
        <w:rPr>
          <w:rFonts w:cs="Arial"/>
          <w:b/>
          <w:sz w:val="32"/>
        </w:rPr>
        <w:t>Goran Jovanović</w:t>
      </w:r>
    </w:p>
    <w:p w14:paraId="062FD542" w14:textId="24490F8D" w:rsidR="009A0437" w:rsidRPr="00D25BC1" w:rsidRDefault="00AB3143" w:rsidP="009A0437">
      <w:pPr>
        <w:jc w:val="center"/>
        <w:rPr>
          <w:rFonts w:cs="Arial"/>
          <w:sz w:val="20"/>
          <w:szCs w:val="20"/>
        </w:rPr>
      </w:pPr>
      <w:r w:rsidRPr="00D25BC1">
        <w:rPr>
          <w:rFonts w:cs="Arial"/>
          <w:color w:val="000000"/>
          <w:sz w:val="20"/>
          <w:szCs w:val="20"/>
        </w:rPr>
        <w:t>Goran Jovanović</w:t>
      </w:r>
      <w:r w:rsidR="001F45D4" w:rsidRPr="00D25BC1">
        <w:rPr>
          <w:rFonts w:cs="Arial"/>
          <w:color w:val="000000"/>
          <w:sz w:val="20"/>
          <w:szCs w:val="20"/>
        </w:rPr>
        <w:t xml:space="preserve">, </w:t>
      </w:r>
      <w:r w:rsidRPr="00D25BC1">
        <w:rPr>
          <w:rFonts w:cs="Arial"/>
          <w:color w:val="000000"/>
          <w:sz w:val="20"/>
          <w:szCs w:val="20"/>
        </w:rPr>
        <w:t>Obrenovac, Serbia, 2025</w:t>
      </w:r>
    </w:p>
    <w:p w14:paraId="35F8334D" w14:textId="77777777" w:rsidR="00BD1871" w:rsidRPr="009A0437" w:rsidRDefault="00000000" w:rsidP="009A0437">
      <w:pPr>
        <w:jc w:val="center"/>
        <w:rPr>
          <w:rFonts w:cs="Arial"/>
        </w:rPr>
      </w:pPr>
      <w:r w:rsidRPr="009A0437">
        <w:rPr>
          <w:rFonts w:cs="Arial"/>
          <w:i/>
        </w:rPr>
        <w:t>Roma Soul Food project</w:t>
      </w:r>
    </w:p>
    <w:p w14:paraId="1A0F0D0F" w14:textId="2943A134" w:rsidR="00BD1871" w:rsidRDefault="00BD1871">
      <w:pPr>
        <w:pStyle w:val="SpeakerPara"/>
        <w:rPr>
          <w:rFonts w:cs="Arial"/>
        </w:rPr>
      </w:pPr>
    </w:p>
    <w:p w14:paraId="7FA20950" w14:textId="77777777" w:rsidR="00D25BC1" w:rsidRDefault="00D25BC1" w:rsidP="00D25BC1">
      <w:pPr>
        <w:spacing w:line="259" w:lineRule="auto"/>
      </w:pPr>
      <w:r>
        <w:rPr>
          <w:b/>
        </w:rPr>
        <w:t xml:space="preserve">Interviewer: </w:t>
      </w:r>
      <w:r>
        <w:t xml:space="preserve">First of all, thank you for your time. You were recommended to us both as a musician and as someone who loves food, prepares </w:t>
      </w:r>
      <w:proofErr w:type="gramStart"/>
      <w:r>
        <w:t>food</w:t>
      </w:r>
      <w:proofErr w:type="gramEnd"/>
      <w:r>
        <w:t xml:space="preserve"> and enjoys it.</w:t>
      </w:r>
    </w:p>
    <w:p w14:paraId="064C4F62" w14:textId="77777777" w:rsidR="00D25BC1" w:rsidRDefault="00D25BC1" w:rsidP="00D25BC1">
      <w:pPr>
        <w:spacing w:line="259" w:lineRule="auto"/>
      </w:pPr>
      <w:r>
        <w:rPr>
          <w:b/>
        </w:rPr>
        <w:t xml:space="preserve">Interviewee: </w:t>
      </w:r>
      <w:proofErr w:type="gramStart"/>
      <w:r>
        <w:t>That’s</w:t>
      </w:r>
      <w:proofErr w:type="gramEnd"/>
      <w:r>
        <w:t xml:space="preserve"> right.</w:t>
      </w:r>
    </w:p>
    <w:p w14:paraId="388E05BE" w14:textId="77777777" w:rsidR="00D25BC1" w:rsidRDefault="00D25BC1" w:rsidP="00D25BC1">
      <w:pPr>
        <w:spacing w:line="259" w:lineRule="auto"/>
      </w:pPr>
      <w:r>
        <w:rPr>
          <w:b/>
        </w:rPr>
        <w:t xml:space="preserve">Interviewer: </w:t>
      </w:r>
      <w:r>
        <w:t>Our project connects music and food. First of all, how would you introduce yourself, the family you come from, this part of the city and, in general, your origins?</w:t>
      </w:r>
    </w:p>
    <w:p w14:paraId="3B7F2B22" w14:textId="77777777" w:rsidR="00D25BC1" w:rsidRDefault="00D25BC1" w:rsidP="00D25BC1">
      <w:pPr>
        <w:spacing w:line="259" w:lineRule="auto"/>
      </w:pPr>
      <w:r>
        <w:rPr>
          <w:b/>
        </w:rPr>
        <w:t xml:space="preserve">Interviewee: </w:t>
      </w:r>
      <w:r>
        <w:t>I was born in Obrenovac, and I have been living in Belgrade for many years, since I was about five years old. I was born in 1963. I play music, traditionally, like all my people. Not far from here there is a village called Grabovac. Growing up, I fell in love with music and started doing it very early, at the age of twelve and a half, believe it or not. I do it professionally. And I love food. Like all of us Roma, we like to eat and we like to prepare all kinds of things.</w:t>
      </w:r>
    </w:p>
    <w:p w14:paraId="18A67A6A" w14:textId="77777777" w:rsidR="00D25BC1" w:rsidRDefault="00D25BC1" w:rsidP="00D25BC1">
      <w:pPr>
        <w:spacing w:line="259" w:lineRule="auto"/>
      </w:pPr>
      <w:r>
        <w:rPr>
          <w:b/>
        </w:rPr>
        <w:t xml:space="preserve">Interviewer: </w:t>
      </w:r>
      <w:r>
        <w:t>What is also interesting about Obrenovac is that it has a very rich musical tradition. There are many musicians who came from here. What would you single out if you wanted to present to someone who is not from here what you have in terms of music? What inspired you?</w:t>
      </w:r>
    </w:p>
    <w:p w14:paraId="45B2FDCA" w14:textId="77777777" w:rsidR="00D25BC1" w:rsidRDefault="00D25BC1" w:rsidP="00D25BC1">
      <w:pPr>
        <w:spacing w:line="259" w:lineRule="auto"/>
      </w:pPr>
      <w:r>
        <w:rPr>
          <w:b/>
        </w:rPr>
        <w:t xml:space="preserve">Interviewee: </w:t>
      </w:r>
      <w:r>
        <w:t>Well, first, I play the guitar. There are many good musicians. My family name is Jovanović. My late father and my whole family played music professionally all their lives. There are many good violinists here. From here, towards Valjevo, I would say these are the best violinists in Serbia.</w:t>
      </w:r>
    </w:p>
    <w:p w14:paraId="7EBEFA95" w14:textId="77777777" w:rsidR="00D25BC1" w:rsidRDefault="00D25BC1" w:rsidP="00D25BC1">
      <w:pPr>
        <w:spacing w:line="259" w:lineRule="auto"/>
      </w:pPr>
      <w:r>
        <w:rPr>
          <w:b/>
        </w:rPr>
        <w:t xml:space="preserve">Interviewer: </w:t>
      </w:r>
      <w:r>
        <w:t>Is there someone you would mention?</w:t>
      </w:r>
    </w:p>
    <w:p w14:paraId="7FA01BEA" w14:textId="77777777" w:rsidR="00D25BC1" w:rsidRDefault="00D25BC1" w:rsidP="00D25BC1">
      <w:pPr>
        <w:spacing w:line="259" w:lineRule="auto"/>
      </w:pPr>
      <w:r>
        <w:rPr>
          <w:b/>
        </w:rPr>
        <w:t xml:space="preserve">Interviewee: </w:t>
      </w:r>
      <w:r>
        <w:t>Of course. There was Boban, who is always mentioned; you have heard of him, he was the best. There are many of them, violinists from Piroman. From Obrenovac there is Aca Šišić. I am mentioning some famous people, yes. That is the older generation. Now there are also very, very many violinists, such as Joca the violinist, called Little Joca Piromanac. It is a very rich musical region.</w:t>
      </w:r>
    </w:p>
    <w:p w14:paraId="3C5BCE87" w14:textId="77777777" w:rsidR="00D25BC1" w:rsidRDefault="00D25BC1" w:rsidP="00D25BC1">
      <w:pPr>
        <w:spacing w:line="259" w:lineRule="auto"/>
      </w:pPr>
      <w:r>
        <w:rPr>
          <w:b/>
        </w:rPr>
        <w:t xml:space="preserve">Interviewer: </w:t>
      </w:r>
      <w:r>
        <w:t>When you think back to your childhood, with several generations living in one house, what are your associations with food, with family, with eating together?</w:t>
      </w:r>
    </w:p>
    <w:p w14:paraId="290EE7E3" w14:textId="77777777" w:rsidR="00D25BC1" w:rsidRDefault="00D25BC1" w:rsidP="00D25BC1">
      <w:pPr>
        <w:spacing w:line="259" w:lineRule="auto"/>
      </w:pPr>
      <w:r>
        <w:rPr>
          <w:b/>
        </w:rPr>
        <w:t xml:space="preserve">Interviewee: </w:t>
      </w:r>
      <w:r>
        <w:t>My grandmother was one of the better housewives. She prepared excellent food for the family. I inherited that from her, because everything comes from the home. I love to prepare food. I am speaking immodestly about myself, but I really know how to do it well. My daughter and all my children know that too. My son-in-law also likes to cook.</w:t>
      </w:r>
    </w:p>
    <w:p w14:paraId="3BE2B6F2" w14:textId="77777777" w:rsidR="00D25BC1" w:rsidRDefault="00D25BC1" w:rsidP="00D25BC1">
      <w:pPr>
        <w:spacing w:line="259" w:lineRule="auto"/>
      </w:pPr>
      <w:r>
        <w:rPr>
          <w:b/>
        </w:rPr>
        <w:t xml:space="preserve">Interviewer: </w:t>
      </w:r>
      <w:r>
        <w:t>We had the opportunity to meet Roma from different regions, from Bački Monoštor and Padinska Skela, where people eat differently, for example more fish in Monoštor and Vojvodina. What would you say is typical for the place where you grew up? What is the first association with food preparation here?</w:t>
      </w:r>
    </w:p>
    <w:p w14:paraId="039146B2" w14:textId="77777777" w:rsidR="00D25BC1" w:rsidRDefault="00D25BC1" w:rsidP="00D25BC1">
      <w:pPr>
        <w:spacing w:line="259" w:lineRule="auto"/>
      </w:pPr>
      <w:r>
        <w:rPr>
          <w:b/>
        </w:rPr>
        <w:t xml:space="preserve">Interviewee: </w:t>
      </w:r>
      <w:r>
        <w:t>People eat lamb, pork, cooked dishes, soups, sarma and things like that. I mean, I do not know what else to say.</w:t>
      </w:r>
    </w:p>
    <w:p w14:paraId="7751D9E7" w14:textId="77777777" w:rsidR="00D25BC1" w:rsidRDefault="00D25BC1" w:rsidP="00D25BC1">
      <w:pPr>
        <w:spacing w:line="259" w:lineRule="auto"/>
      </w:pPr>
      <w:r>
        <w:rPr>
          <w:b/>
        </w:rPr>
        <w:t xml:space="preserve">Interviewer: </w:t>
      </w:r>
      <w:r>
        <w:t xml:space="preserve">We have spoken a lot about how celebrations are marked, but also about how funerals are marked. What can you say about celebrations, such as the birth of a child, baptism, </w:t>
      </w:r>
      <w:proofErr w:type="gramStart"/>
      <w:r>
        <w:t>weddings</w:t>
      </w:r>
      <w:proofErr w:type="gramEnd"/>
      <w:r>
        <w:t xml:space="preserve"> or funerals? Can you describe the ritual and whether music accompanies it?</w:t>
      </w:r>
    </w:p>
    <w:p w14:paraId="1A215873" w14:textId="77777777" w:rsidR="00D25BC1" w:rsidRDefault="00D25BC1" w:rsidP="00D25BC1">
      <w:pPr>
        <w:spacing w:line="259" w:lineRule="auto"/>
      </w:pPr>
      <w:r>
        <w:rPr>
          <w:b/>
        </w:rPr>
        <w:lastRenderedPageBreak/>
        <w:t xml:space="preserve">Interviewee: </w:t>
      </w:r>
      <w:r>
        <w:t>Our music, folk Roma music, of course, if we are talking about this area here. Do you mean the orchestra, what is played, or the food?</w:t>
      </w:r>
    </w:p>
    <w:p w14:paraId="0C4AEC0D" w14:textId="77777777" w:rsidR="00D25BC1" w:rsidRDefault="00D25BC1" w:rsidP="00D25BC1">
      <w:pPr>
        <w:spacing w:line="259" w:lineRule="auto"/>
      </w:pPr>
      <w:r>
        <w:rPr>
          <w:b/>
        </w:rPr>
        <w:t xml:space="preserve">Interviewer: </w:t>
      </w:r>
      <w:r>
        <w:t>What kind of music is performed, what repertoire, when you think of a celebration with friends and close family? What is considered Roma music in the family, and what is performed most often?</w:t>
      </w:r>
    </w:p>
    <w:p w14:paraId="314E7202" w14:textId="77777777" w:rsidR="00D25BC1" w:rsidRDefault="00D25BC1" w:rsidP="00D25BC1">
      <w:pPr>
        <w:spacing w:line="259" w:lineRule="auto"/>
      </w:pPr>
      <w:r>
        <w:rPr>
          <w:b/>
        </w:rPr>
        <w:t xml:space="preserve">Interviewee: </w:t>
      </w:r>
      <w:r>
        <w:t>Roma music, actually, exists and does not exist as one single thing. It depends on where you live and in which part of Serbia people live. In Obrenovac, primarily violins, accordions, guitars and so on are played. Various famous singers are sung.</w:t>
      </w:r>
    </w:p>
    <w:p w14:paraId="297894EA" w14:textId="77777777" w:rsidR="00D25BC1" w:rsidRDefault="00D25BC1" w:rsidP="00D25BC1">
      <w:pPr>
        <w:spacing w:line="259" w:lineRule="auto"/>
      </w:pPr>
      <w:r>
        <w:rPr>
          <w:b/>
        </w:rPr>
        <w:t xml:space="preserve">Interviewer: </w:t>
      </w:r>
      <w:r>
        <w:t>Have you recently attended any family celebration?</w:t>
      </w:r>
    </w:p>
    <w:p w14:paraId="11F594DA" w14:textId="77777777" w:rsidR="00D25BC1" w:rsidRDefault="00D25BC1" w:rsidP="00D25BC1">
      <w:pPr>
        <w:spacing w:line="259" w:lineRule="auto"/>
      </w:pPr>
      <w:r>
        <w:rPr>
          <w:b/>
        </w:rPr>
        <w:t xml:space="preserve">Interviewee: </w:t>
      </w:r>
      <w:r>
        <w:t>Of course. For example, there are celebrations at a restaurant near my daughter and son-in-law. There is music, depending on who is involved, and famous singers. You could record it sometime when you have the chance.</w:t>
      </w:r>
    </w:p>
    <w:p w14:paraId="155C1962" w14:textId="77777777" w:rsidR="00D25BC1" w:rsidRDefault="00D25BC1" w:rsidP="00D25BC1">
      <w:pPr>
        <w:spacing w:line="259" w:lineRule="auto"/>
      </w:pPr>
      <w:r>
        <w:rPr>
          <w:b/>
        </w:rPr>
        <w:t xml:space="preserve">Interviewer: </w:t>
      </w:r>
      <w:r>
        <w:t>You mentioned cooking. Food is certainly prepared by both women and men. If you had to single out a special recipe that you personally prepare, or introduce yourself through one dish, what would it be?</w:t>
      </w:r>
    </w:p>
    <w:p w14:paraId="09468232" w14:textId="77777777" w:rsidR="00D25BC1" w:rsidRDefault="00D25BC1" w:rsidP="00D25BC1">
      <w:pPr>
        <w:spacing w:line="259" w:lineRule="auto"/>
      </w:pPr>
      <w:r>
        <w:rPr>
          <w:b/>
        </w:rPr>
        <w:t xml:space="preserve">Interviewee: </w:t>
      </w:r>
      <w:r>
        <w:t>You know, I am not formally educated in gastronomy, but I know a lot about it. I do it for my soul and for my family. When I cook, I like certain dishes. Maybe you and my children will find this funny, but I like pork intestines. That is food from a slightly older generation, while younger people like other things. They like meat, roasts, barbecue and so on.</w:t>
      </w:r>
    </w:p>
    <w:p w14:paraId="70FD777A" w14:textId="77777777" w:rsidR="00D25BC1" w:rsidRDefault="00D25BC1" w:rsidP="00D25BC1">
      <w:pPr>
        <w:spacing w:line="259" w:lineRule="auto"/>
      </w:pPr>
      <w:r>
        <w:rPr>
          <w:b/>
        </w:rPr>
        <w:t xml:space="preserve">Interviewer: </w:t>
      </w:r>
      <w:r>
        <w:t>What do you prepare for your family, and what do you prepare for yourself?</w:t>
      </w:r>
    </w:p>
    <w:p w14:paraId="46DD6FD1" w14:textId="77777777" w:rsidR="00D25BC1" w:rsidRDefault="00D25BC1" w:rsidP="00D25BC1">
      <w:pPr>
        <w:spacing w:line="259" w:lineRule="auto"/>
      </w:pPr>
      <w:r>
        <w:rPr>
          <w:b/>
        </w:rPr>
        <w:t xml:space="preserve">Interviewee: </w:t>
      </w:r>
      <w:r>
        <w:t>I really like cooking soups, fish, soups and stews, chicken; it depends.</w:t>
      </w:r>
    </w:p>
    <w:p w14:paraId="38177F5D" w14:textId="77777777" w:rsidR="00D25BC1" w:rsidRDefault="00D25BC1" w:rsidP="00D25BC1">
      <w:pPr>
        <w:spacing w:line="259" w:lineRule="auto"/>
      </w:pPr>
      <w:r>
        <w:rPr>
          <w:b/>
        </w:rPr>
        <w:t xml:space="preserve">Interviewer: </w:t>
      </w:r>
      <w:r>
        <w:t>Do you remember anything from your grandmothers or grandfathers, from the distant past, that was used at home as a kind of remedy when someone had a fever or a cold? Were there any special teas?</w:t>
      </w:r>
    </w:p>
    <w:p w14:paraId="787DF5D6" w14:textId="77777777" w:rsidR="00D25BC1" w:rsidRDefault="00D25BC1" w:rsidP="00D25BC1">
      <w:pPr>
        <w:spacing w:line="259" w:lineRule="auto"/>
      </w:pPr>
      <w:r>
        <w:rPr>
          <w:b/>
        </w:rPr>
        <w:t xml:space="preserve">Interviewee: </w:t>
      </w:r>
      <w:r>
        <w:t>Nothing special, really. For a cold, there were some teas, such as mint and chamomile. I do not know anything more specific than that.</w:t>
      </w:r>
    </w:p>
    <w:p w14:paraId="134D17E5" w14:textId="77777777" w:rsidR="00D25BC1" w:rsidRDefault="00D25BC1" w:rsidP="00D25BC1">
      <w:pPr>
        <w:spacing w:line="259" w:lineRule="auto"/>
      </w:pPr>
      <w:r>
        <w:rPr>
          <w:b/>
        </w:rPr>
        <w:t xml:space="preserve">Interviewer: </w:t>
      </w:r>
      <w:r>
        <w:t>Since you are also a musician, can you single out something connected both to the present and to the past? What would you name as some of your favorites when you say Roma music?</w:t>
      </w:r>
    </w:p>
    <w:p w14:paraId="0F9A5721" w14:textId="77777777" w:rsidR="00D25BC1" w:rsidRDefault="00D25BC1" w:rsidP="00D25BC1">
      <w:pPr>
        <w:spacing w:line="259" w:lineRule="auto"/>
      </w:pPr>
      <w:r>
        <w:rPr>
          <w:b/>
        </w:rPr>
        <w:t xml:space="preserve">Interviewee: </w:t>
      </w:r>
      <w:r>
        <w:t>Do you know what our anthem is? It is Djelem, Djelem. There are many, many Roma songs. By the way, my father was a composer and songwriter. Ratko Jovanović played the accordion, and he has many works. He worked with Šaban Šaulić and Vida, and with many famous singers.</w:t>
      </w:r>
    </w:p>
    <w:p w14:paraId="2F0D438A" w14:textId="77777777" w:rsidR="00D25BC1" w:rsidRDefault="00D25BC1" w:rsidP="00D25BC1">
      <w:pPr>
        <w:spacing w:line="259" w:lineRule="auto"/>
      </w:pPr>
      <w:r>
        <w:rPr>
          <w:b/>
        </w:rPr>
        <w:t xml:space="preserve">Interviewer: </w:t>
      </w:r>
      <w:r>
        <w:t>Do you have an instrument here? Could you play something for us?</w:t>
      </w:r>
    </w:p>
    <w:p w14:paraId="2AE4C19A" w14:textId="77777777" w:rsidR="00D25BC1" w:rsidRDefault="00D25BC1" w:rsidP="00D25BC1">
      <w:pPr>
        <w:spacing w:line="259" w:lineRule="auto"/>
      </w:pPr>
      <w:r>
        <w:rPr>
          <w:b/>
        </w:rPr>
        <w:t xml:space="preserve">Interviewee: </w:t>
      </w:r>
      <w:r>
        <w:t>If we were to do that, it would have to be prepared.</w:t>
      </w:r>
    </w:p>
    <w:p w14:paraId="24E3FAD4" w14:textId="77777777" w:rsidR="00D25BC1" w:rsidRDefault="00D25BC1" w:rsidP="00D25BC1">
      <w:pPr>
        <w:spacing w:line="259" w:lineRule="auto"/>
      </w:pPr>
      <w:r>
        <w:rPr>
          <w:b/>
        </w:rPr>
        <w:t xml:space="preserve">Interviewer: </w:t>
      </w:r>
      <w:r>
        <w:t>No problem, I just asked. What is important is that you also perform your father’s music, and that this is something meaningful to you, like Šaban Bajramović.</w:t>
      </w:r>
    </w:p>
    <w:p w14:paraId="591A4E3D" w14:textId="77777777" w:rsidR="00D25BC1" w:rsidRDefault="00D25BC1" w:rsidP="00D25BC1">
      <w:pPr>
        <w:spacing w:line="259" w:lineRule="auto"/>
      </w:pPr>
      <w:r>
        <w:rPr>
          <w:b/>
        </w:rPr>
        <w:t xml:space="preserve">Interviewee: </w:t>
      </w:r>
      <w:r>
        <w:t>Of course, Šaban Bajramović as well.</w:t>
      </w:r>
    </w:p>
    <w:p w14:paraId="61384EFA" w14:textId="77777777" w:rsidR="00D25BC1" w:rsidRDefault="00D25BC1" w:rsidP="00D25BC1">
      <w:pPr>
        <w:spacing w:line="259" w:lineRule="auto"/>
      </w:pPr>
      <w:r>
        <w:rPr>
          <w:b/>
        </w:rPr>
        <w:t xml:space="preserve">Interviewer: </w:t>
      </w:r>
      <w:r>
        <w:t>Thank you.</w:t>
      </w:r>
    </w:p>
    <w:p w14:paraId="483ABE56" w14:textId="77777777" w:rsidR="00D25BC1" w:rsidRDefault="00D25BC1" w:rsidP="00D25BC1">
      <w:pPr>
        <w:spacing w:line="259" w:lineRule="auto"/>
      </w:pPr>
      <w:r>
        <w:rPr>
          <w:b/>
        </w:rPr>
        <w:t xml:space="preserve">Interviewee: </w:t>
      </w:r>
      <w:r>
        <w:t>Thank you too.</w:t>
      </w:r>
    </w:p>
    <w:p w14:paraId="0F98CC03" w14:textId="77777777" w:rsidR="00860113" w:rsidRPr="009A0437" w:rsidRDefault="00860113" w:rsidP="001B0844">
      <w:pPr>
        <w:rPr>
          <w:rFonts w:cs="Arial"/>
        </w:rPr>
      </w:pPr>
    </w:p>
    <w:sectPr w:rsidR="00860113"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A0615" w14:textId="77777777" w:rsidR="00870BEC" w:rsidRDefault="00870BEC" w:rsidP="009A0437">
      <w:pPr>
        <w:spacing w:after="0" w:line="240" w:lineRule="auto"/>
      </w:pPr>
      <w:r>
        <w:separator/>
      </w:r>
    </w:p>
  </w:endnote>
  <w:endnote w:type="continuationSeparator" w:id="0">
    <w:p w14:paraId="15618DF5" w14:textId="77777777" w:rsidR="00870BEC" w:rsidRDefault="00870BEC"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EDBC" w14:textId="77777777" w:rsidR="00870BEC" w:rsidRDefault="00870BEC" w:rsidP="009A0437">
      <w:pPr>
        <w:spacing w:after="0" w:line="240" w:lineRule="auto"/>
      </w:pPr>
      <w:r>
        <w:separator/>
      </w:r>
    </w:p>
  </w:footnote>
  <w:footnote w:type="continuationSeparator" w:id="0">
    <w:p w14:paraId="12F7AF79" w14:textId="77777777" w:rsidR="00870BEC" w:rsidRDefault="00870BEC"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0844"/>
    <w:rsid w:val="001D5383"/>
    <w:rsid w:val="001F45D4"/>
    <w:rsid w:val="00233D8E"/>
    <w:rsid w:val="002625A5"/>
    <w:rsid w:val="0029639D"/>
    <w:rsid w:val="002D73EF"/>
    <w:rsid w:val="003256DF"/>
    <w:rsid w:val="00326F90"/>
    <w:rsid w:val="00375188"/>
    <w:rsid w:val="003834F1"/>
    <w:rsid w:val="003B7C38"/>
    <w:rsid w:val="0049302A"/>
    <w:rsid w:val="004C5FF8"/>
    <w:rsid w:val="00577296"/>
    <w:rsid w:val="00586A1E"/>
    <w:rsid w:val="005A22D0"/>
    <w:rsid w:val="005F43D4"/>
    <w:rsid w:val="006F1718"/>
    <w:rsid w:val="007741D1"/>
    <w:rsid w:val="00786B05"/>
    <w:rsid w:val="00794E93"/>
    <w:rsid w:val="00824878"/>
    <w:rsid w:val="00860113"/>
    <w:rsid w:val="00870BEC"/>
    <w:rsid w:val="008D6685"/>
    <w:rsid w:val="009A0437"/>
    <w:rsid w:val="00A67DDC"/>
    <w:rsid w:val="00AA1D8D"/>
    <w:rsid w:val="00AB3143"/>
    <w:rsid w:val="00B47730"/>
    <w:rsid w:val="00BD1871"/>
    <w:rsid w:val="00BF56A7"/>
    <w:rsid w:val="00CB0664"/>
    <w:rsid w:val="00CD7ED3"/>
    <w:rsid w:val="00D25BC1"/>
    <w:rsid w:val="00D75E18"/>
    <w:rsid w:val="00D938AA"/>
    <w:rsid w:val="00DC6F2D"/>
    <w:rsid w:val="00FB2E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Transcript: Interview with Marcel Baranja</vt:lpstr>
    </vt:vector>
  </TitlesOfParts>
  <Manager/>
  <Company/>
  <LinksUpToDate>false</LinksUpToDate>
  <CharactersWithSpaces>6131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4</cp:revision>
  <dcterms:created xsi:type="dcterms:W3CDTF">2026-06-08T11:56:00Z</dcterms:created>
  <dcterms:modified xsi:type="dcterms:W3CDTF">2026-06-08T12:02:00Z</dcterms:modified>
  <cp:category/>
</cp:coreProperties>
</file>