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6C57" w14:textId="25B0FFB5" w:rsidR="00BD1871" w:rsidRPr="009A0437" w:rsidRDefault="00000000" w:rsidP="009A0437">
      <w:pPr>
        <w:jc w:val="center"/>
        <w:rPr>
          <w:rFonts w:cs="Arial"/>
          <w:b/>
          <w:sz w:val="32"/>
        </w:rPr>
      </w:pPr>
      <w:r w:rsidRPr="009A0437">
        <w:rPr>
          <w:rFonts w:cs="Arial"/>
          <w:b/>
          <w:sz w:val="32"/>
        </w:rPr>
        <w:t xml:space="preserve">Transcript: Interview with </w:t>
      </w:r>
      <w:r w:rsidR="001F45D4" w:rsidRPr="001F45D4">
        <w:rPr>
          <w:rFonts w:cs="Arial"/>
          <w:b/>
          <w:sz w:val="32"/>
        </w:rPr>
        <w:t>Marija Mišković</w:t>
      </w:r>
    </w:p>
    <w:p w14:paraId="062FD542" w14:textId="25E7D747" w:rsidR="009A0437" w:rsidRPr="002D73EF" w:rsidRDefault="001F45D4" w:rsidP="009A0437">
      <w:pPr>
        <w:jc w:val="center"/>
        <w:rPr>
          <w:rFonts w:cs="Arial"/>
          <w:sz w:val="28"/>
          <w:szCs w:val="28"/>
        </w:rPr>
      </w:pPr>
      <w:r w:rsidRPr="001F45D4">
        <w:rPr>
          <w:rFonts w:cs="Arial"/>
          <w:color w:val="000000"/>
          <w:sz w:val="21"/>
          <w:szCs w:val="21"/>
        </w:rPr>
        <w:t>Marija Mišković</w:t>
      </w:r>
      <w:r>
        <w:rPr>
          <w:rFonts w:cs="Arial"/>
          <w:color w:val="000000"/>
          <w:sz w:val="21"/>
          <w:szCs w:val="21"/>
        </w:rPr>
        <w:t xml:space="preserve">, </w:t>
      </w:r>
      <w:proofErr w:type="spellStart"/>
      <w:r w:rsidRPr="001F45D4">
        <w:rPr>
          <w:rFonts w:cs="Arial"/>
          <w:color w:val="000000"/>
        </w:rPr>
        <w:t>Bački</w:t>
      </w:r>
      <w:proofErr w:type="spellEnd"/>
      <w:r w:rsidRPr="001F45D4">
        <w:rPr>
          <w:rFonts w:cs="Arial"/>
          <w:color w:val="000000"/>
        </w:rPr>
        <w:t xml:space="preserve"> </w:t>
      </w:r>
      <w:proofErr w:type="spellStart"/>
      <w:r w:rsidRPr="001F45D4">
        <w:rPr>
          <w:rFonts w:cs="Arial"/>
          <w:color w:val="000000"/>
        </w:rPr>
        <w:t>Monoštor</w:t>
      </w:r>
      <w:proofErr w:type="spellEnd"/>
      <w:r w:rsidRPr="001F45D4">
        <w:rPr>
          <w:rFonts w:cs="Arial"/>
          <w:color w:val="000000"/>
        </w:rPr>
        <w:t>, Serbia 2025</w:t>
      </w:r>
    </w:p>
    <w:p w14:paraId="35F8334D" w14:textId="77777777" w:rsidR="00BD1871" w:rsidRPr="009A0437" w:rsidRDefault="00000000" w:rsidP="009A0437">
      <w:pPr>
        <w:jc w:val="center"/>
        <w:rPr>
          <w:rFonts w:cs="Arial"/>
        </w:rPr>
      </w:pPr>
      <w:r w:rsidRPr="009A0437">
        <w:rPr>
          <w:rFonts w:cs="Arial"/>
          <w:i/>
        </w:rPr>
        <w:t>Roma Soul Food project</w:t>
      </w:r>
    </w:p>
    <w:p w14:paraId="1A0F0D0F" w14:textId="2943A134" w:rsidR="00BD1871" w:rsidRDefault="00BD1871">
      <w:pPr>
        <w:pStyle w:val="SpeakerPara"/>
        <w:rPr>
          <w:rFonts w:cs="Arial"/>
        </w:rPr>
      </w:pPr>
    </w:p>
    <w:p w14:paraId="2F8D140E" w14:textId="77777777" w:rsidR="001F45D4" w:rsidRDefault="001F45D4" w:rsidP="001F45D4">
      <w:pPr>
        <w:spacing w:after="100"/>
      </w:pPr>
      <w:r>
        <w:rPr>
          <w:b/>
          <w:sz w:val="21"/>
        </w:rPr>
        <w:t xml:space="preserve">Interviewer: </w:t>
      </w:r>
      <w:r>
        <w:rPr>
          <w:sz w:val="21"/>
        </w:rPr>
        <w:t>Marija, thank you for being here. Tell us something about yourself: your name and surname, your parents, where you are from, how old you are, where your family is from, whether they came from somewhere, and what they did.</w:t>
      </w:r>
    </w:p>
    <w:p w14:paraId="52471CC6" w14:textId="77777777" w:rsidR="001F45D4" w:rsidRDefault="001F45D4" w:rsidP="001F45D4">
      <w:pPr>
        <w:spacing w:after="100"/>
      </w:pPr>
      <w:r>
        <w:rPr>
          <w:b/>
          <w:sz w:val="21"/>
        </w:rPr>
        <w:t xml:space="preserve">Interviewee: </w:t>
      </w:r>
      <w:r>
        <w:rPr>
          <w:sz w:val="21"/>
        </w:rPr>
        <w:t xml:space="preserve">I was born in </w:t>
      </w:r>
      <w:proofErr w:type="spellStart"/>
      <w:r>
        <w:rPr>
          <w:sz w:val="21"/>
        </w:rPr>
        <w:t>Monoštor</w:t>
      </w:r>
      <w:proofErr w:type="spellEnd"/>
      <w:r>
        <w:rPr>
          <w:sz w:val="21"/>
        </w:rPr>
        <w:t xml:space="preserve">. My parents are also from </w:t>
      </w:r>
      <w:proofErr w:type="spellStart"/>
      <w:r>
        <w:rPr>
          <w:sz w:val="21"/>
        </w:rPr>
        <w:t>Monoštor</w:t>
      </w:r>
      <w:proofErr w:type="spellEnd"/>
      <w:r>
        <w:rPr>
          <w:sz w:val="21"/>
        </w:rPr>
        <w:t xml:space="preserve">. Only my great-grandmother was from Hungary, and part of my grandfather’s family was from Serbia, from </w:t>
      </w:r>
      <w:proofErr w:type="spellStart"/>
      <w:r>
        <w:rPr>
          <w:sz w:val="21"/>
        </w:rPr>
        <w:t>Monoštor</w:t>
      </w:r>
      <w:proofErr w:type="spellEnd"/>
      <w:r>
        <w:rPr>
          <w:sz w:val="21"/>
        </w:rPr>
        <w:t>. I am 79 years old.</w:t>
      </w:r>
    </w:p>
    <w:p w14:paraId="0D27C0E8" w14:textId="77777777" w:rsidR="001F45D4" w:rsidRDefault="001F45D4" w:rsidP="001F45D4">
      <w:pPr>
        <w:spacing w:after="100"/>
      </w:pPr>
      <w:r>
        <w:rPr>
          <w:b/>
          <w:sz w:val="21"/>
        </w:rPr>
        <w:t xml:space="preserve">Interviewer: </w:t>
      </w:r>
      <w:r>
        <w:rPr>
          <w:sz w:val="21"/>
        </w:rPr>
        <w:t>What did they do? You can also speak Romani.</w:t>
      </w:r>
    </w:p>
    <w:p w14:paraId="49204A1D" w14:textId="77777777" w:rsidR="001F45D4" w:rsidRDefault="001F45D4" w:rsidP="001F45D4">
      <w:pPr>
        <w:spacing w:after="100"/>
      </w:pPr>
      <w:r>
        <w:rPr>
          <w:b/>
          <w:sz w:val="21"/>
        </w:rPr>
        <w:t xml:space="preserve">Interviewee: </w:t>
      </w:r>
      <w:r>
        <w:rPr>
          <w:sz w:val="21"/>
        </w:rPr>
        <w:t>I used to work in agriculture. I worked, and that is why my spine suffered. I also went to Germany, and I was also in Austria to work, in the fields. That is how my husband and I acquired a house. I have children, grandchildren, great-grandchildren, and I have everything.</w:t>
      </w:r>
    </w:p>
    <w:p w14:paraId="76C81F76" w14:textId="77777777" w:rsidR="001F45D4" w:rsidRDefault="001F45D4" w:rsidP="001F45D4">
      <w:pPr>
        <w:spacing w:after="100"/>
      </w:pPr>
      <w:r>
        <w:rPr>
          <w:b/>
          <w:sz w:val="21"/>
        </w:rPr>
        <w:t xml:space="preserve">Interviewer: </w:t>
      </w:r>
      <w:r>
        <w:rPr>
          <w:sz w:val="21"/>
        </w:rPr>
        <w:t>Congratulations. Tell me about your childhood, when you were young. What do you remember eating? How much food was there? What did you cook? What did you do for Christmas, Easter, other holidays, or your name day? What are your memories?</w:t>
      </w:r>
    </w:p>
    <w:p w14:paraId="766BE567" w14:textId="77777777" w:rsidR="001F45D4" w:rsidRDefault="001F45D4" w:rsidP="001F45D4">
      <w:pPr>
        <w:spacing w:after="100"/>
      </w:pPr>
      <w:r>
        <w:rPr>
          <w:b/>
          <w:sz w:val="21"/>
        </w:rPr>
        <w:t xml:space="preserve">Interviewee: </w:t>
      </w:r>
      <w:r>
        <w:rPr>
          <w:sz w:val="21"/>
        </w:rPr>
        <w:t xml:space="preserve">We cooked all sorts of things: beans, baked potatoes, boiled potatoes. A little bacon was added. It was poor, but no one was offended. Whatever was prepared, we ate. There </w:t>
      </w:r>
      <w:proofErr w:type="gramStart"/>
      <w:r>
        <w:rPr>
          <w:sz w:val="21"/>
        </w:rPr>
        <w:t>was</w:t>
      </w:r>
      <w:proofErr w:type="gramEnd"/>
      <w:r>
        <w:rPr>
          <w:sz w:val="21"/>
        </w:rPr>
        <w:t xml:space="preserve"> sauce, tomato sauce, and dishes with bread. Bread had to be there. We did not eat bought bread.</w:t>
      </w:r>
    </w:p>
    <w:p w14:paraId="244CA412" w14:textId="77777777" w:rsidR="001F45D4" w:rsidRDefault="001F45D4" w:rsidP="001F45D4">
      <w:pPr>
        <w:spacing w:after="100"/>
      </w:pPr>
      <w:r>
        <w:rPr>
          <w:b/>
          <w:sz w:val="21"/>
        </w:rPr>
        <w:t xml:space="preserve">Interviewer: </w:t>
      </w:r>
      <w:r>
        <w:rPr>
          <w:sz w:val="21"/>
        </w:rPr>
        <w:t>Did you make the bread yourself?</w:t>
      </w:r>
    </w:p>
    <w:p w14:paraId="2B3EFF90" w14:textId="77777777" w:rsidR="001F45D4" w:rsidRDefault="001F45D4" w:rsidP="001F45D4">
      <w:pPr>
        <w:spacing w:after="100"/>
      </w:pPr>
      <w:r>
        <w:rPr>
          <w:b/>
          <w:sz w:val="21"/>
        </w:rPr>
        <w:t xml:space="preserve">Interviewee: </w:t>
      </w:r>
      <w:r>
        <w:rPr>
          <w:sz w:val="21"/>
        </w:rPr>
        <w:t>Yes, ourselves. We baked everything ourselves. That was how it was.</w:t>
      </w:r>
    </w:p>
    <w:p w14:paraId="2ADEF38E" w14:textId="77777777" w:rsidR="001F45D4" w:rsidRDefault="001F45D4" w:rsidP="001F45D4">
      <w:pPr>
        <w:spacing w:after="100"/>
      </w:pPr>
      <w:r>
        <w:rPr>
          <w:b/>
          <w:sz w:val="21"/>
        </w:rPr>
        <w:t xml:space="preserve">Interviewer: </w:t>
      </w:r>
      <w:r>
        <w:rPr>
          <w:sz w:val="21"/>
        </w:rPr>
        <w:t>And for Christmas?</w:t>
      </w:r>
    </w:p>
    <w:p w14:paraId="463269EC" w14:textId="77777777" w:rsidR="001F45D4" w:rsidRDefault="001F45D4" w:rsidP="001F45D4">
      <w:pPr>
        <w:spacing w:after="100"/>
      </w:pPr>
      <w:r>
        <w:rPr>
          <w:b/>
          <w:sz w:val="21"/>
        </w:rPr>
        <w:t xml:space="preserve">Interviewee: </w:t>
      </w:r>
      <w:r>
        <w:rPr>
          <w:sz w:val="21"/>
        </w:rPr>
        <w:t>For Christmas and Easter there was meat, soup, roast, salad. Cakes were made too: gibanica, cheese pie, and other baked dishes.</w:t>
      </w:r>
    </w:p>
    <w:p w14:paraId="17166CB0" w14:textId="77777777" w:rsidR="001F45D4" w:rsidRDefault="001F45D4" w:rsidP="001F45D4">
      <w:pPr>
        <w:spacing w:after="100"/>
      </w:pPr>
      <w:r>
        <w:rPr>
          <w:b/>
          <w:sz w:val="21"/>
        </w:rPr>
        <w:t xml:space="preserve">Interviewer: </w:t>
      </w:r>
      <w:r>
        <w:rPr>
          <w:sz w:val="21"/>
        </w:rPr>
        <w:t>What kind of cake did you like when you were young? When you were a little girl, what was your favorite food?</w:t>
      </w:r>
    </w:p>
    <w:p w14:paraId="52544945" w14:textId="77777777" w:rsidR="001F45D4" w:rsidRDefault="001F45D4" w:rsidP="001F45D4">
      <w:pPr>
        <w:spacing w:after="100"/>
      </w:pPr>
      <w:r>
        <w:rPr>
          <w:b/>
          <w:sz w:val="21"/>
        </w:rPr>
        <w:t xml:space="preserve">Interviewee: </w:t>
      </w:r>
      <w:r>
        <w:rPr>
          <w:sz w:val="21"/>
        </w:rPr>
        <w:t>Sweets? With poppy seed. Poppy seed.</w:t>
      </w:r>
    </w:p>
    <w:p w14:paraId="068BB1CA" w14:textId="77777777" w:rsidR="001F45D4" w:rsidRDefault="001F45D4" w:rsidP="001F45D4">
      <w:pPr>
        <w:spacing w:after="100"/>
      </w:pPr>
      <w:r>
        <w:rPr>
          <w:b/>
          <w:sz w:val="21"/>
        </w:rPr>
        <w:t xml:space="preserve">Interviewer: </w:t>
      </w:r>
      <w:r>
        <w:rPr>
          <w:sz w:val="21"/>
        </w:rPr>
        <w:t>When people were sick, what did they treat themselves with? Did they use any herbs? How did people take care of themselves then?</w:t>
      </w:r>
    </w:p>
    <w:p w14:paraId="38303E11" w14:textId="77777777" w:rsidR="001F45D4" w:rsidRDefault="001F45D4" w:rsidP="001F45D4">
      <w:pPr>
        <w:spacing w:after="100"/>
      </w:pPr>
      <w:r>
        <w:rPr>
          <w:b/>
          <w:sz w:val="21"/>
        </w:rPr>
        <w:t xml:space="preserve">Interviewee: </w:t>
      </w:r>
      <w:r>
        <w:rPr>
          <w:sz w:val="21"/>
        </w:rPr>
        <w:t>We did not have herbs. It was not like that. But there was an older woman who knew how to help when someone had stomach problems. Doctors do not always see everything, you know. She knew how to set things right if someone’s stomach hurt.</w:t>
      </w:r>
    </w:p>
    <w:p w14:paraId="2DC9E80C" w14:textId="77777777" w:rsidR="001F45D4" w:rsidRDefault="001F45D4" w:rsidP="001F45D4">
      <w:pPr>
        <w:spacing w:after="100"/>
      </w:pPr>
      <w:r>
        <w:rPr>
          <w:b/>
          <w:sz w:val="21"/>
        </w:rPr>
        <w:t xml:space="preserve">Interviewer: </w:t>
      </w:r>
      <w:r>
        <w:rPr>
          <w:sz w:val="21"/>
        </w:rPr>
        <w:t>Did she adjust things?</w:t>
      </w:r>
    </w:p>
    <w:p w14:paraId="35D7CDFB" w14:textId="77777777" w:rsidR="001F45D4" w:rsidRDefault="001F45D4" w:rsidP="001F45D4">
      <w:pPr>
        <w:spacing w:after="100"/>
      </w:pPr>
      <w:r>
        <w:rPr>
          <w:b/>
          <w:sz w:val="21"/>
        </w:rPr>
        <w:t xml:space="preserve">Interviewee: </w:t>
      </w:r>
      <w:r>
        <w:rPr>
          <w:sz w:val="21"/>
        </w:rPr>
        <w:t>She would help with stomach aches. She was my aunt. She knew, for example, if something was wrong with your kidney, she would put it back in place, so to speak. People lifted wood and heavy things. There were no machines like today. When people lifted too much, she would help them and adjust the spine too. That is how it was.</w:t>
      </w:r>
    </w:p>
    <w:p w14:paraId="3305E3CF" w14:textId="77777777" w:rsidR="001F45D4" w:rsidRDefault="001F45D4" w:rsidP="001F45D4">
      <w:pPr>
        <w:spacing w:after="100"/>
      </w:pPr>
      <w:r>
        <w:rPr>
          <w:b/>
          <w:sz w:val="21"/>
        </w:rPr>
        <w:t xml:space="preserve">Interviewer: </w:t>
      </w:r>
      <w:r>
        <w:rPr>
          <w:sz w:val="21"/>
        </w:rPr>
        <w:t>And when a child was sick?</w:t>
      </w:r>
    </w:p>
    <w:p w14:paraId="04015CF0" w14:textId="77777777" w:rsidR="001F45D4" w:rsidRDefault="001F45D4" w:rsidP="001F45D4">
      <w:pPr>
        <w:spacing w:after="100"/>
      </w:pPr>
      <w:r>
        <w:rPr>
          <w:b/>
          <w:sz w:val="21"/>
        </w:rPr>
        <w:lastRenderedPageBreak/>
        <w:t xml:space="preserve">Interviewee: </w:t>
      </w:r>
      <w:r>
        <w:rPr>
          <w:sz w:val="21"/>
        </w:rPr>
        <w:t>When a child was sick, you needed a doctor, and for that you needed money. If you did not have money, then it was difficult, whatever the time.</w:t>
      </w:r>
    </w:p>
    <w:p w14:paraId="43570368" w14:textId="77777777" w:rsidR="001F45D4" w:rsidRDefault="001F45D4" w:rsidP="001F45D4">
      <w:pPr>
        <w:spacing w:after="100"/>
      </w:pPr>
      <w:r>
        <w:rPr>
          <w:b/>
          <w:sz w:val="21"/>
        </w:rPr>
        <w:t xml:space="preserve">Interviewer: </w:t>
      </w:r>
      <w:r>
        <w:rPr>
          <w:sz w:val="21"/>
        </w:rPr>
        <w:t>Was water important too?</w:t>
      </w:r>
    </w:p>
    <w:p w14:paraId="7C2A8AAA" w14:textId="77777777" w:rsidR="001F45D4" w:rsidRDefault="001F45D4" w:rsidP="001F45D4">
      <w:pPr>
        <w:spacing w:after="100"/>
      </w:pPr>
      <w:r>
        <w:rPr>
          <w:b/>
          <w:sz w:val="21"/>
        </w:rPr>
        <w:t xml:space="preserve">Interviewee: </w:t>
      </w:r>
      <w:r>
        <w:rPr>
          <w:sz w:val="21"/>
        </w:rPr>
        <w:t>Yes. You cleaned with water. You washed the face, the hands, everything. Water was important.</w:t>
      </w:r>
    </w:p>
    <w:p w14:paraId="07168C74" w14:textId="77777777" w:rsidR="001F45D4" w:rsidRDefault="001F45D4" w:rsidP="001F45D4">
      <w:pPr>
        <w:spacing w:after="100"/>
      </w:pPr>
      <w:r>
        <w:rPr>
          <w:b/>
          <w:sz w:val="21"/>
        </w:rPr>
        <w:t xml:space="preserve">Interviewer: </w:t>
      </w:r>
      <w:r>
        <w:rPr>
          <w:sz w:val="21"/>
        </w:rPr>
        <w:t>Was the water boiled?</w:t>
      </w:r>
    </w:p>
    <w:p w14:paraId="0716F8D0" w14:textId="77777777" w:rsidR="001F45D4" w:rsidRDefault="001F45D4" w:rsidP="001F45D4">
      <w:pPr>
        <w:spacing w:after="100"/>
      </w:pPr>
      <w:r>
        <w:rPr>
          <w:b/>
          <w:sz w:val="21"/>
        </w:rPr>
        <w:t xml:space="preserve">Interviewee: </w:t>
      </w:r>
      <w:r>
        <w:rPr>
          <w:sz w:val="21"/>
        </w:rPr>
        <w:t>Yes.</w:t>
      </w:r>
    </w:p>
    <w:p w14:paraId="1753FFA8" w14:textId="77777777" w:rsidR="001F45D4" w:rsidRDefault="001F45D4" w:rsidP="001F45D4">
      <w:pPr>
        <w:spacing w:after="100"/>
      </w:pPr>
      <w:r>
        <w:rPr>
          <w:b/>
          <w:sz w:val="21"/>
        </w:rPr>
        <w:t xml:space="preserve">Interviewer: </w:t>
      </w:r>
      <w:r>
        <w:rPr>
          <w:sz w:val="21"/>
        </w:rPr>
        <w:t>Now that you are an adult woman, what do you remember about life in the village? How did people live? How did they celebrate holidays? What are your memories from thirty or forty years ago?</w:t>
      </w:r>
    </w:p>
    <w:p w14:paraId="0C839D70" w14:textId="77777777" w:rsidR="001F45D4" w:rsidRDefault="001F45D4" w:rsidP="001F45D4">
      <w:pPr>
        <w:spacing w:after="100"/>
      </w:pPr>
      <w:r>
        <w:rPr>
          <w:b/>
          <w:sz w:val="21"/>
        </w:rPr>
        <w:t xml:space="preserve">Interviewee: </w:t>
      </w:r>
      <w:r>
        <w:rPr>
          <w:sz w:val="21"/>
        </w:rPr>
        <w:t>There was an inn. There was a place where people danced the waltz, and another where people danced in a circle. They had a dance floor.</w:t>
      </w:r>
    </w:p>
    <w:p w14:paraId="303B7727" w14:textId="77777777" w:rsidR="001F45D4" w:rsidRDefault="001F45D4" w:rsidP="001F45D4">
      <w:pPr>
        <w:spacing w:after="100"/>
      </w:pPr>
      <w:r>
        <w:rPr>
          <w:b/>
          <w:sz w:val="21"/>
        </w:rPr>
        <w:t xml:space="preserve">Interviewer: </w:t>
      </w:r>
      <w:r>
        <w:rPr>
          <w:sz w:val="21"/>
        </w:rPr>
        <w:t>What kind of circle dance was it?</w:t>
      </w:r>
    </w:p>
    <w:p w14:paraId="7456E61C" w14:textId="77777777" w:rsidR="001F45D4" w:rsidRDefault="001F45D4" w:rsidP="001F45D4">
      <w:pPr>
        <w:spacing w:after="100"/>
      </w:pPr>
      <w:r>
        <w:rPr>
          <w:b/>
          <w:sz w:val="21"/>
        </w:rPr>
        <w:t xml:space="preserve">Interviewee: </w:t>
      </w:r>
      <w:r>
        <w:rPr>
          <w:sz w:val="21"/>
        </w:rPr>
        <w:t>They danced in a circle. They all joined in and danced.</w:t>
      </w:r>
    </w:p>
    <w:p w14:paraId="44C6C34C" w14:textId="77777777" w:rsidR="001F45D4" w:rsidRDefault="001F45D4" w:rsidP="001F45D4">
      <w:pPr>
        <w:spacing w:after="100"/>
      </w:pPr>
      <w:r>
        <w:rPr>
          <w:b/>
          <w:sz w:val="21"/>
        </w:rPr>
        <w:t xml:space="preserve">Interviewer: </w:t>
      </w:r>
      <w:r>
        <w:rPr>
          <w:sz w:val="21"/>
        </w:rPr>
        <w:t>And the music?</w:t>
      </w:r>
    </w:p>
    <w:p w14:paraId="183F0F82" w14:textId="77777777" w:rsidR="001F45D4" w:rsidRDefault="001F45D4" w:rsidP="001F45D4">
      <w:pPr>
        <w:spacing w:after="100"/>
      </w:pPr>
      <w:r>
        <w:rPr>
          <w:b/>
          <w:sz w:val="21"/>
        </w:rPr>
        <w:t xml:space="preserve">Interviewee: </w:t>
      </w:r>
      <w:r>
        <w:rPr>
          <w:sz w:val="21"/>
        </w:rPr>
        <w:t>The music was very beautiful. They had accordions and played all kinds of songs. There was also violin. My uncle played the violin. He was the greatest violinist. His name was Andro, Andrija.</w:t>
      </w:r>
    </w:p>
    <w:p w14:paraId="464299FC" w14:textId="77777777" w:rsidR="001F45D4" w:rsidRDefault="001F45D4" w:rsidP="001F45D4">
      <w:pPr>
        <w:spacing w:after="100"/>
      </w:pPr>
      <w:r>
        <w:rPr>
          <w:b/>
          <w:sz w:val="21"/>
        </w:rPr>
        <w:t xml:space="preserve">Interviewer: </w:t>
      </w:r>
      <w:r>
        <w:rPr>
          <w:sz w:val="21"/>
        </w:rPr>
        <w:t>Do you remember the most beautiful melody or song that you loved?</w:t>
      </w:r>
    </w:p>
    <w:p w14:paraId="041A3563" w14:textId="77777777" w:rsidR="001F45D4" w:rsidRDefault="001F45D4" w:rsidP="001F45D4">
      <w:pPr>
        <w:spacing w:after="100"/>
      </w:pPr>
      <w:r>
        <w:rPr>
          <w:b/>
          <w:sz w:val="21"/>
        </w:rPr>
        <w:t xml:space="preserve">Interviewee: </w:t>
      </w:r>
      <w:r>
        <w:rPr>
          <w:sz w:val="21"/>
        </w:rPr>
        <w:t>When we were girls, everything was beautiful.</w:t>
      </w:r>
    </w:p>
    <w:p w14:paraId="7C7ECC76" w14:textId="77777777" w:rsidR="001F45D4" w:rsidRDefault="001F45D4" w:rsidP="001F45D4">
      <w:pPr>
        <w:spacing w:after="100"/>
      </w:pPr>
      <w:r>
        <w:rPr>
          <w:b/>
          <w:sz w:val="21"/>
        </w:rPr>
        <w:t xml:space="preserve">Interviewer: </w:t>
      </w:r>
      <w:r>
        <w:rPr>
          <w:sz w:val="21"/>
        </w:rPr>
        <w:t>Do you remember any song, melody, or lullaby?</w:t>
      </w:r>
    </w:p>
    <w:p w14:paraId="2776BF3C" w14:textId="77777777" w:rsidR="001F45D4" w:rsidRDefault="001F45D4" w:rsidP="001F45D4">
      <w:pPr>
        <w:spacing w:after="100"/>
      </w:pPr>
      <w:r>
        <w:rPr>
          <w:b/>
          <w:sz w:val="21"/>
        </w:rPr>
        <w:t xml:space="preserve">Interviewee: </w:t>
      </w:r>
      <w:r>
        <w:rPr>
          <w:sz w:val="21"/>
        </w:rPr>
        <w:t>There were beautiful songs. We sang, we danced, we were happy. Poor, but happy. Now they do not celebrate like that anymore. It seems they are not as joyful now.</w:t>
      </w:r>
    </w:p>
    <w:p w14:paraId="119317B9" w14:textId="77777777" w:rsidR="001F45D4" w:rsidRDefault="001F45D4" w:rsidP="001F45D4">
      <w:pPr>
        <w:spacing w:after="100"/>
      </w:pPr>
      <w:r>
        <w:rPr>
          <w:b/>
          <w:sz w:val="21"/>
        </w:rPr>
        <w:t xml:space="preserve">Interviewer: </w:t>
      </w:r>
      <w:r>
        <w:rPr>
          <w:sz w:val="21"/>
        </w:rPr>
        <w:t>Tell me, what did you like to cook the most? When you used to cook, what gave you the greatest pleasure?</w:t>
      </w:r>
    </w:p>
    <w:p w14:paraId="5301CD27" w14:textId="77777777" w:rsidR="001F45D4" w:rsidRDefault="001F45D4" w:rsidP="001F45D4">
      <w:pPr>
        <w:spacing w:after="100"/>
      </w:pPr>
      <w:r>
        <w:rPr>
          <w:b/>
          <w:sz w:val="21"/>
        </w:rPr>
        <w:t xml:space="preserve">Interviewee: </w:t>
      </w:r>
      <w:r>
        <w:rPr>
          <w:sz w:val="21"/>
        </w:rPr>
        <w:t>Beans. And poppy seed cake. Beans and scones. That was what I loved most. I loved every dish, but especially that.</w:t>
      </w:r>
    </w:p>
    <w:p w14:paraId="07282CCF" w14:textId="77777777" w:rsidR="001F45D4" w:rsidRDefault="001F45D4" w:rsidP="001F45D4">
      <w:pPr>
        <w:spacing w:after="100"/>
      </w:pPr>
      <w:r>
        <w:rPr>
          <w:b/>
          <w:sz w:val="21"/>
        </w:rPr>
        <w:t xml:space="preserve">Interviewer: </w:t>
      </w:r>
      <w:r>
        <w:rPr>
          <w:sz w:val="21"/>
        </w:rPr>
        <w:t>When there were holidays, how did people behave? Were they happier? Did they play in the street? For example, for the village festival, did people roast piglets outside?</w:t>
      </w:r>
    </w:p>
    <w:p w14:paraId="2B4BBA4C" w14:textId="77777777" w:rsidR="001F45D4" w:rsidRDefault="001F45D4" w:rsidP="001F45D4">
      <w:pPr>
        <w:spacing w:after="100"/>
      </w:pPr>
      <w:r>
        <w:rPr>
          <w:b/>
          <w:sz w:val="21"/>
        </w:rPr>
        <w:t xml:space="preserve">Interviewee: </w:t>
      </w:r>
      <w:r>
        <w:rPr>
          <w:sz w:val="21"/>
        </w:rPr>
        <w:t>Yes. Before St. Peter’s Day, people prepared to celebrate. Two or three days before, they bought a piglet and roasted it in the street. Before, when there was not a piglet, we bought meat and grilled it. Now everyone has a pig, and they bake, celebrate, and receive guests. Those who have guests host them. It is celebrated very well.</w:t>
      </w:r>
    </w:p>
    <w:p w14:paraId="1336B8D3" w14:textId="77777777" w:rsidR="001F45D4" w:rsidRDefault="001F45D4" w:rsidP="001F45D4">
      <w:pPr>
        <w:spacing w:after="100"/>
      </w:pPr>
      <w:r>
        <w:rPr>
          <w:b/>
          <w:sz w:val="21"/>
        </w:rPr>
        <w:t xml:space="preserve">Interviewer: </w:t>
      </w:r>
      <w:r>
        <w:rPr>
          <w:sz w:val="21"/>
        </w:rPr>
        <w:t>And when there were funerals, what did that look like? Was there food? Was there singing or music, perhaps sad songs?</w:t>
      </w:r>
    </w:p>
    <w:p w14:paraId="355D2782" w14:textId="77777777" w:rsidR="001F45D4" w:rsidRDefault="001F45D4" w:rsidP="001F45D4">
      <w:pPr>
        <w:spacing w:after="100"/>
      </w:pPr>
      <w:r>
        <w:rPr>
          <w:b/>
          <w:sz w:val="21"/>
        </w:rPr>
        <w:t xml:space="preserve">Interviewee: </w:t>
      </w:r>
      <w:r>
        <w:rPr>
          <w:sz w:val="21"/>
        </w:rPr>
        <w:t>If someone was a musician, they were accompanied with music. They knew what music to play, and you could not stop crying. That is how it was. My uncle used to play like that.</w:t>
      </w:r>
    </w:p>
    <w:p w14:paraId="51C16A30" w14:textId="77777777" w:rsidR="001F45D4" w:rsidRDefault="001F45D4" w:rsidP="001F45D4">
      <w:pPr>
        <w:spacing w:after="100"/>
      </w:pPr>
      <w:r>
        <w:rPr>
          <w:b/>
          <w:sz w:val="21"/>
        </w:rPr>
        <w:t xml:space="preserve">Interviewer: </w:t>
      </w:r>
      <w:r>
        <w:rPr>
          <w:sz w:val="21"/>
        </w:rPr>
        <w:t>And how do you prepare food now? Have you taught others any dishes?</w:t>
      </w:r>
    </w:p>
    <w:p w14:paraId="0413839D" w14:textId="77777777" w:rsidR="001F45D4" w:rsidRDefault="001F45D4" w:rsidP="001F45D4">
      <w:pPr>
        <w:spacing w:after="100"/>
      </w:pPr>
      <w:r>
        <w:rPr>
          <w:b/>
          <w:sz w:val="21"/>
        </w:rPr>
        <w:t xml:space="preserve">Interviewee: </w:t>
      </w:r>
      <w:r>
        <w:rPr>
          <w:sz w:val="21"/>
        </w:rPr>
        <w:t>The same old-fashioned way. But young people today are no longer so old-fashioned; they bake a little more.</w:t>
      </w:r>
    </w:p>
    <w:p w14:paraId="7BACDF25" w14:textId="77777777" w:rsidR="001F45D4" w:rsidRDefault="001F45D4" w:rsidP="001F45D4">
      <w:pPr>
        <w:spacing w:after="100"/>
      </w:pPr>
      <w:r>
        <w:rPr>
          <w:b/>
          <w:sz w:val="21"/>
        </w:rPr>
        <w:t xml:space="preserve">Interviewer: </w:t>
      </w:r>
      <w:r>
        <w:rPr>
          <w:sz w:val="21"/>
        </w:rPr>
        <w:t>What is old-fashioned?</w:t>
      </w:r>
    </w:p>
    <w:p w14:paraId="31F988BA" w14:textId="77777777" w:rsidR="001F45D4" w:rsidRDefault="001F45D4" w:rsidP="001F45D4">
      <w:pPr>
        <w:spacing w:after="100"/>
      </w:pPr>
      <w:r>
        <w:rPr>
          <w:b/>
          <w:sz w:val="21"/>
        </w:rPr>
        <w:t xml:space="preserve">Interviewee: </w:t>
      </w:r>
      <w:r>
        <w:rPr>
          <w:sz w:val="21"/>
        </w:rPr>
        <w:t>What I said before: potatoes and those things. Those dishes that we used to cook are already used less. I cooked potatoes, added flour, and made dumplings. You put the dumplings on the potatoes. Everyone ate it, it was very good, and now it is disappearing.</w:t>
      </w:r>
    </w:p>
    <w:p w14:paraId="4CFF0BD4" w14:textId="77777777" w:rsidR="001F45D4" w:rsidRDefault="001F45D4" w:rsidP="001F45D4">
      <w:pPr>
        <w:spacing w:after="100"/>
      </w:pPr>
      <w:r>
        <w:rPr>
          <w:b/>
          <w:sz w:val="21"/>
        </w:rPr>
        <w:t xml:space="preserve">Interviewer: </w:t>
      </w:r>
      <w:r>
        <w:rPr>
          <w:sz w:val="21"/>
        </w:rPr>
        <w:t>What did you cook last?</w:t>
      </w:r>
    </w:p>
    <w:p w14:paraId="6F75B00F" w14:textId="77777777" w:rsidR="001F45D4" w:rsidRDefault="001F45D4" w:rsidP="001F45D4">
      <w:pPr>
        <w:spacing w:after="100"/>
      </w:pPr>
      <w:r>
        <w:rPr>
          <w:b/>
          <w:sz w:val="21"/>
        </w:rPr>
        <w:t xml:space="preserve">Interviewee: </w:t>
      </w:r>
      <w:r>
        <w:rPr>
          <w:sz w:val="21"/>
        </w:rPr>
        <w:t>I do not cook anything now. My sister-in-law cooks now, and that is it.</w:t>
      </w:r>
    </w:p>
    <w:p w14:paraId="10F02CCF" w14:textId="77777777" w:rsidR="001F45D4" w:rsidRDefault="001F45D4" w:rsidP="001F45D4">
      <w:pPr>
        <w:spacing w:after="100"/>
      </w:pPr>
      <w:r>
        <w:rPr>
          <w:b/>
          <w:sz w:val="21"/>
        </w:rPr>
        <w:t xml:space="preserve">Interviewer: </w:t>
      </w:r>
      <w:r>
        <w:rPr>
          <w:sz w:val="21"/>
        </w:rPr>
        <w:t>Marija, thank you very much.</w:t>
      </w:r>
    </w:p>
    <w:p w14:paraId="68F3B054" w14:textId="77777777" w:rsidR="001F45D4" w:rsidRDefault="001F45D4" w:rsidP="001F45D4">
      <w:pPr>
        <w:spacing w:after="100"/>
      </w:pPr>
      <w:r>
        <w:rPr>
          <w:b/>
          <w:sz w:val="21"/>
        </w:rPr>
        <w:t xml:space="preserve">Interviewee: </w:t>
      </w:r>
      <w:r>
        <w:rPr>
          <w:sz w:val="21"/>
        </w:rPr>
        <w:t>Thank you too.</w:t>
      </w:r>
    </w:p>
    <w:p w14:paraId="0F98CC03" w14:textId="77777777" w:rsidR="00860113" w:rsidRPr="009A0437" w:rsidRDefault="00860113" w:rsidP="001B0844">
      <w:pPr>
        <w:rPr>
          <w:rFonts w:cs="Arial"/>
        </w:rPr>
      </w:pPr>
    </w:p>
    <w:sectPr w:rsidR="00860113" w:rsidRPr="009A0437" w:rsidSect="00034616">
      <w:head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4A4E4" w14:textId="77777777" w:rsidR="0031273E" w:rsidRDefault="0031273E" w:rsidP="009A0437">
      <w:pPr>
        <w:spacing w:after="0" w:line="240" w:lineRule="auto"/>
      </w:pPr>
      <w:r>
        <w:separator/>
      </w:r>
    </w:p>
  </w:endnote>
  <w:endnote w:type="continuationSeparator" w:id="0">
    <w:p w14:paraId="406D445D" w14:textId="77777777" w:rsidR="0031273E" w:rsidRDefault="0031273E" w:rsidP="009A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606BE" w14:textId="77777777" w:rsidR="0031273E" w:rsidRDefault="0031273E" w:rsidP="009A0437">
      <w:pPr>
        <w:spacing w:after="0" w:line="240" w:lineRule="auto"/>
      </w:pPr>
      <w:r>
        <w:separator/>
      </w:r>
    </w:p>
  </w:footnote>
  <w:footnote w:type="continuationSeparator" w:id="0">
    <w:p w14:paraId="50F3F06B" w14:textId="77777777" w:rsidR="0031273E" w:rsidRDefault="0031273E" w:rsidP="009A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86A3" w14:textId="3E24CE97" w:rsidR="009A0437" w:rsidRDefault="009A0437">
    <w:pPr>
      <w:pStyle w:val="Header"/>
    </w:pPr>
    <w:r>
      <w:rPr>
        <w:noProof/>
      </w:rPr>
      <w:drawing>
        <wp:anchor distT="0" distB="0" distL="114300" distR="114300" simplePos="0" relativeHeight="251658240" behindDoc="1" locked="0" layoutInCell="1" allowOverlap="1" wp14:anchorId="25163C3E" wp14:editId="3E7C5EC3">
          <wp:simplePos x="0" y="0"/>
          <wp:positionH relativeFrom="column">
            <wp:posOffset>0</wp:posOffset>
          </wp:positionH>
          <wp:positionV relativeFrom="paragraph">
            <wp:posOffset>-426720</wp:posOffset>
          </wp:positionV>
          <wp:extent cx="5972810" cy="663575"/>
          <wp:effectExtent l="0" t="0" r="0" b="0"/>
          <wp:wrapNone/>
          <wp:docPr id="1886686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86949" name="Picture 1886686949"/>
                  <pic:cNvPicPr/>
                </pic:nvPicPr>
                <pic:blipFill>
                  <a:blip r:embed="rId1"/>
                  <a:stretch>
                    <a:fillRect/>
                  </a:stretch>
                </pic:blipFill>
                <pic:spPr>
                  <a:xfrm>
                    <a:off x="0" y="0"/>
                    <a:ext cx="5972810" cy="663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980079">
    <w:abstractNumId w:val="8"/>
  </w:num>
  <w:num w:numId="2" w16cid:durableId="1279534122">
    <w:abstractNumId w:val="6"/>
  </w:num>
  <w:num w:numId="3" w16cid:durableId="973372077">
    <w:abstractNumId w:val="5"/>
  </w:num>
  <w:num w:numId="4" w16cid:durableId="1047146354">
    <w:abstractNumId w:val="4"/>
  </w:num>
  <w:num w:numId="5" w16cid:durableId="1593394344">
    <w:abstractNumId w:val="7"/>
  </w:num>
  <w:num w:numId="6" w16cid:durableId="907617185">
    <w:abstractNumId w:val="3"/>
  </w:num>
  <w:num w:numId="7" w16cid:durableId="2004814742">
    <w:abstractNumId w:val="2"/>
  </w:num>
  <w:num w:numId="8" w16cid:durableId="548542120">
    <w:abstractNumId w:val="1"/>
  </w:num>
  <w:num w:numId="9" w16cid:durableId="15853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0844"/>
    <w:rsid w:val="001F45D4"/>
    <w:rsid w:val="00233D8E"/>
    <w:rsid w:val="002625A5"/>
    <w:rsid w:val="0029639D"/>
    <w:rsid w:val="002D73EF"/>
    <w:rsid w:val="0031273E"/>
    <w:rsid w:val="00326F90"/>
    <w:rsid w:val="00375188"/>
    <w:rsid w:val="0049302A"/>
    <w:rsid w:val="004C5FF8"/>
    <w:rsid w:val="00577296"/>
    <w:rsid w:val="005F43D4"/>
    <w:rsid w:val="006F1718"/>
    <w:rsid w:val="007741D1"/>
    <w:rsid w:val="00786B05"/>
    <w:rsid w:val="00794E93"/>
    <w:rsid w:val="00824878"/>
    <w:rsid w:val="00860113"/>
    <w:rsid w:val="008D6685"/>
    <w:rsid w:val="009A0437"/>
    <w:rsid w:val="00AA1D8D"/>
    <w:rsid w:val="00B47730"/>
    <w:rsid w:val="00BD1871"/>
    <w:rsid w:val="00BF56A7"/>
    <w:rsid w:val="00CB0664"/>
    <w:rsid w:val="00D75E18"/>
    <w:rsid w:val="00D938A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EA7C3"/>
  <w14:defaultImageDpi w14:val="300"/>
  <w15:docId w15:val="{2D912FB5-0CBA-5B43-A6DD-6F7E747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Para">
    <w:name w:val="SpeakerPar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886</Words>
  <Characters>5053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Transcript: Interview with Marcel Baranja</vt:lpstr>
    </vt:vector>
  </TitlesOfParts>
  <Manager/>
  <Company/>
  <LinksUpToDate>false</LinksUpToDate>
  <CharactersWithSpaces>5928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Marcel Baranja</dc:title>
  <dc:subject/>
  <dc:creator>Microsoft Office User</dc:creator>
  <cp:keywords/>
  <dc:description>generated by python-docx</dc:description>
  <cp:lastModifiedBy>Microsoft Office User</cp:lastModifiedBy>
  <cp:revision>3</cp:revision>
  <dcterms:created xsi:type="dcterms:W3CDTF">2026-06-08T11:30:00Z</dcterms:created>
  <dcterms:modified xsi:type="dcterms:W3CDTF">2026-06-08T11:32:00Z</dcterms:modified>
  <cp:category/>
</cp:coreProperties>
</file>