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01A0F670" w:rsidR="00BD1871" w:rsidRPr="00C149DD" w:rsidRDefault="00000000" w:rsidP="00C149DD">
      <w:pPr>
        <w:jc w:val="center"/>
        <w:rPr>
          <w:b/>
          <w:bCs/>
          <w:sz w:val="32"/>
          <w:szCs w:val="32"/>
        </w:rPr>
      </w:pPr>
      <w:r w:rsidRPr="00C149DD">
        <w:rPr>
          <w:b/>
          <w:bCs/>
          <w:sz w:val="32"/>
          <w:szCs w:val="32"/>
        </w:rPr>
        <w:t xml:space="preserve">Transcript: Interview with </w:t>
      </w:r>
      <w:proofErr w:type="spellStart"/>
      <w:r w:rsidR="00DC6F2D" w:rsidRPr="00C149DD">
        <w:rPr>
          <w:b/>
          <w:bCs/>
          <w:sz w:val="32"/>
          <w:szCs w:val="32"/>
        </w:rPr>
        <w:t>Nazmija</w:t>
      </w:r>
      <w:proofErr w:type="spellEnd"/>
      <w:r w:rsidR="00DC6F2D" w:rsidRPr="00C149DD">
        <w:rPr>
          <w:b/>
          <w:bCs/>
          <w:sz w:val="32"/>
          <w:szCs w:val="32"/>
        </w:rPr>
        <w:t xml:space="preserve"> Alili</w:t>
      </w:r>
    </w:p>
    <w:p w14:paraId="062FD542" w14:textId="0CE07EE6" w:rsidR="009A0437" w:rsidRPr="00C149DD" w:rsidRDefault="00DC6F2D" w:rsidP="009A0437">
      <w:pPr>
        <w:jc w:val="center"/>
        <w:rPr>
          <w:rFonts w:cs="Arial"/>
          <w:sz w:val="20"/>
          <w:szCs w:val="20"/>
          <w:lang w:val="da-DK"/>
        </w:rPr>
      </w:pPr>
      <w:proofErr w:type="spellStart"/>
      <w:r w:rsidRPr="00C149DD">
        <w:rPr>
          <w:rFonts w:cs="Arial"/>
          <w:color w:val="000000"/>
          <w:sz w:val="20"/>
          <w:szCs w:val="20"/>
          <w:lang w:val="da-DK"/>
        </w:rPr>
        <w:t>Nazmija</w:t>
      </w:r>
      <w:proofErr w:type="spellEnd"/>
      <w:r w:rsidRPr="00C149DD">
        <w:rPr>
          <w:rFonts w:cs="Arial"/>
          <w:color w:val="000000"/>
          <w:sz w:val="20"/>
          <w:szCs w:val="20"/>
          <w:lang w:val="da-DK"/>
        </w:rPr>
        <w:t xml:space="preserve"> Alili</w:t>
      </w:r>
      <w:r w:rsidR="001F45D4" w:rsidRPr="00C149DD">
        <w:rPr>
          <w:rFonts w:cs="Arial"/>
          <w:color w:val="000000"/>
          <w:sz w:val="20"/>
          <w:szCs w:val="20"/>
          <w:lang w:val="da-DK"/>
        </w:rPr>
        <w:t xml:space="preserve">, </w:t>
      </w:r>
      <w:proofErr w:type="spellStart"/>
      <w:r w:rsidR="00A67DDC" w:rsidRPr="00C149DD">
        <w:rPr>
          <w:rFonts w:cs="Arial"/>
          <w:color w:val="000000"/>
          <w:sz w:val="20"/>
          <w:szCs w:val="20"/>
          <w:lang w:val="da-DK"/>
        </w:rPr>
        <w:t>Padinska</w:t>
      </w:r>
      <w:proofErr w:type="spellEnd"/>
      <w:r w:rsidR="00A67DDC" w:rsidRPr="00C149DD">
        <w:rPr>
          <w:rFonts w:cs="Arial"/>
          <w:color w:val="000000"/>
          <w:sz w:val="20"/>
          <w:szCs w:val="20"/>
          <w:lang w:val="da-DK"/>
        </w:rPr>
        <w:t xml:space="preserve"> </w:t>
      </w:r>
      <w:proofErr w:type="spellStart"/>
      <w:r w:rsidR="00A67DDC" w:rsidRPr="00C149DD">
        <w:rPr>
          <w:rFonts w:cs="Arial"/>
          <w:color w:val="000000"/>
          <w:sz w:val="20"/>
          <w:szCs w:val="20"/>
          <w:lang w:val="da-DK"/>
        </w:rPr>
        <w:t>skela</w:t>
      </w:r>
      <w:proofErr w:type="spellEnd"/>
      <w:r w:rsidR="00A67DDC" w:rsidRPr="00C149DD">
        <w:rPr>
          <w:rFonts w:cs="Arial"/>
          <w:color w:val="000000"/>
          <w:sz w:val="20"/>
          <w:szCs w:val="20"/>
          <w:lang w:val="da-DK"/>
        </w:rPr>
        <w:t xml:space="preserve">, </w:t>
      </w:r>
      <w:proofErr w:type="spellStart"/>
      <w:r w:rsidR="00A67DDC" w:rsidRPr="00C149DD">
        <w:rPr>
          <w:rFonts w:cs="Arial"/>
          <w:color w:val="000000"/>
          <w:sz w:val="20"/>
          <w:szCs w:val="20"/>
          <w:lang w:val="da-DK"/>
        </w:rPr>
        <w:t>Belgrade</w:t>
      </w:r>
      <w:proofErr w:type="spellEnd"/>
      <w:r w:rsidR="00A67DDC" w:rsidRPr="00C149DD">
        <w:rPr>
          <w:rFonts w:cs="Arial"/>
          <w:color w:val="000000"/>
          <w:sz w:val="20"/>
          <w:szCs w:val="20"/>
          <w:lang w:val="da-DK"/>
        </w:rPr>
        <w:t xml:space="preserve"> </w:t>
      </w:r>
      <w:proofErr w:type="spellStart"/>
      <w:r w:rsidR="00A67DDC" w:rsidRPr="00C149DD">
        <w:rPr>
          <w:rFonts w:cs="Arial"/>
          <w:color w:val="000000"/>
          <w:sz w:val="20"/>
          <w:szCs w:val="20"/>
          <w:lang w:val="da-DK"/>
        </w:rPr>
        <w:t>suburb</w:t>
      </w:r>
      <w:proofErr w:type="spellEnd"/>
      <w:r w:rsidR="00A67DDC" w:rsidRPr="00C149DD">
        <w:rPr>
          <w:rFonts w:cs="Arial"/>
          <w:color w:val="000000"/>
          <w:sz w:val="20"/>
          <w:szCs w:val="20"/>
          <w:lang w:val="da-DK"/>
        </w:rPr>
        <w:t xml:space="preserve">, </w:t>
      </w:r>
      <w:proofErr w:type="spellStart"/>
      <w:r w:rsidR="00A67DDC" w:rsidRPr="00C149DD">
        <w:rPr>
          <w:rFonts w:cs="Arial"/>
          <w:color w:val="000000"/>
          <w:sz w:val="20"/>
          <w:szCs w:val="20"/>
          <w:lang w:val="da-DK"/>
        </w:rPr>
        <w:t>Serbia</w:t>
      </w:r>
      <w:proofErr w:type="spellEnd"/>
      <w:r w:rsidR="00A67DDC" w:rsidRPr="00C149DD">
        <w:rPr>
          <w:rFonts w:cs="Arial"/>
          <w:color w:val="000000"/>
          <w:sz w:val="20"/>
          <w:szCs w:val="20"/>
          <w:lang w:val="da-DK"/>
        </w:rPr>
        <w:t>,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6287C283" w14:textId="77777777" w:rsidR="00DC6F2D" w:rsidRDefault="00DC6F2D" w:rsidP="00DC6F2D">
      <w:pPr>
        <w:spacing w:line="259" w:lineRule="auto"/>
      </w:pPr>
      <w:r>
        <w:rPr>
          <w:b/>
          <w:sz w:val="21"/>
        </w:rPr>
        <w:t xml:space="preserve">Interviewer: </w:t>
      </w:r>
      <w:r>
        <w:rPr>
          <w:sz w:val="21"/>
        </w:rPr>
        <w:t>Can you introduce yourself first? and tell us something about your family?</w:t>
      </w:r>
    </w:p>
    <w:p w14:paraId="0D3E149A" w14:textId="77777777" w:rsidR="00DC6F2D" w:rsidRDefault="00DC6F2D" w:rsidP="00DC6F2D">
      <w:pPr>
        <w:spacing w:line="259" w:lineRule="auto"/>
      </w:pPr>
      <w:r>
        <w:rPr>
          <w:b/>
          <w:sz w:val="21"/>
        </w:rPr>
        <w:t xml:space="preserve">Interviewee: </w:t>
      </w:r>
      <w:r>
        <w:rPr>
          <w:sz w:val="21"/>
        </w:rPr>
        <w:t xml:space="preserve">My name is </w:t>
      </w:r>
      <w:proofErr w:type="spellStart"/>
      <w:r>
        <w:rPr>
          <w:sz w:val="21"/>
        </w:rPr>
        <w:t>Nazmija</w:t>
      </w:r>
      <w:proofErr w:type="spellEnd"/>
      <w:r>
        <w:rPr>
          <w:sz w:val="21"/>
        </w:rPr>
        <w:t>, I have a beautiful family, I have two sons. and one daughter, I have grandchildren. nieces and nephews and we are all together.</w:t>
      </w:r>
    </w:p>
    <w:p w14:paraId="21A918D6" w14:textId="77777777" w:rsidR="00DC6F2D" w:rsidRDefault="00DC6F2D" w:rsidP="00DC6F2D">
      <w:pPr>
        <w:spacing w:line="259" w:lineRule="auto"/>
      </w:pPr>
      <w:r>
        <w:rPr>
          <w:b/>
          <w:sz w:val="21"/>
        </w:rPr>
        <w:t xml:space="preserve">Interviewer: </w:t>
      </w:r>
      <w:r>
        <w:rPr>
          <w:sz w:val="21"/>
        </w:rPr>
        <w:t>Omer is with you now?</w:t>
      </w:r>
    </w:p>
    <w:p w14:paraId="6F2A88C1" w14:textId="77777777" w:rsidR="00DC6F2D" w:rsidRDefault="00DC6F2D" w:rsidP="00DC6F2D">
      <w:pPr>
        <w:spacing w:line="259" w:lineRule="auto"/>
      </w:pPr>
      <w:r>
        <w:rPr>
          <w:b/>
          <w:sz w:val="21"/>
        </w:rPr>
        <w:t xml:space="preserve">Interviewee: </w:t>
      </w:r>
      <w:r>
        <w:rPr>
          <w:sz w:val="21"/>
        </w:rPr>
        <w:t>Omer is with me now the most, since he is the youngest.</w:t>
      </w:r>
    </w:p>
    <w:p w14:paraId="4DCD4B19" w14:textId="77777777" w:rsidR="00DC6F2D" w:rsidRDefault="00DC6F2D" w:rsidP="00DC6F2D">
      <w:pPr>
        <w:spacing w:line="259" w:lineRule="auto"/>
      </w:pPr>
      <w:r>
        <w:rPr>
          <w:b/>
          <w:sz w:val="21"/>
        </w:rPr>
        <w:t xml:space="preserve">Interviewer: </w:t>
      </w:r>
      <w:r>
        <w:rPr>
          <w:sz w:val="21"/>
        </w:rPr>
        <w:t xml:space="preserve">Can you tell us something, what do you remember, did you spend your childhood in the </w:t>
      </w:r>
      <w:proofErr w:type="spellStart"/>
      <w:r>
        <w:rPr>
          <w:sz w:val="21"/>
        </w:rPr>
        <w:t>Skela</w:t>
      </w:r>
      <w:proofErr w:type="spellEnd"/>
      <w:r>
        <w:rPr>
          <w:sz w:val="21"/>
        </w:rPr>
        <w:t xml:space="preserve"> from the beginning? Do you remember anything from your childhood, what was the food like, growing up related to food and music?</w:t>
      </w:r>
    </w:p>
    <w:p w14:paraId="57C6E901" w14:textId="77777777" w:rsidR="00DC6F2D" w:rsidRDefault="00DC6F2D" w:rsidP="00DC6F2D">
      <w:pPr>
        <w:spacing w:line="259" w:lineRule="auto"/>
      </w:pPr>
      <w:r>
        <w:rPr>
          <w:b/>
          <w:sz w:val="21"/>
        </w:rPr>
        <w:t xml:space="preserve">Interviewee: </w:t>
      </w:r>
      <w:r>
        <w:rPr>
          <w:sz w:val="21"/>
        </w:rPr>
        <w:t xml:space="preserve">Well, when I was little, I drank milk and I ate semolina, I mean potatoes, whatever it was, we fed ourselves, this one We ate whatever we had, that's what we ate, we didn't choose like these young people choose now, I mean, now they don't eat that food, and we ate it, we didn't see what and you know, and we liked to </w:t>
      </w:r>
      <w:proofErr w:type="spellStart"/>
      <w:r>
        <w:rPr>
          <w:sz w:val="21"/>
        </w:rPr>
        <w:t>to</w:t>
      </w:r>
      <w:proofErr w:type="spellEnd"/>
      <w:r>
        <w:rPr>
          <w:sz w:val="21"/>
        </w:rPr>
        <w:t xml:space="preserve"> eat sweets the most... when we were children</w:t>
      </w:r>
    </w:p>
    <w:p w14:paraId="04E5ACED" w14:textId="77777777" w:rsidR="00DC6F2D" w:rsidRDefault="00DC6F2D" w:rsidP="00DC6F2D">
      <w:pPr>
        <w:spacing w:line="259" w:lineRule="auto"/>
      </w:pPr>
      <w:r>
        <w:rPr>
          <w:b/>
          <w:sz w:val="21"/>
        </w:rPr>
        <w:t xml:space="preserve">Interviewer: </w:t>
      </w:r>
      <w:r>
        <w:rPr>
          <w:sz w:val="21"/>
        </w:rPr>
        <w:t>Do you remember any sweets?</w:t>
      </w:r>
    </w:p>
    <w:p w14:paraId="7A27A03D" w14:textId="77777777" w:rsidR="00DC6F2D" w:rsidRDefault="00DC6F2D" w:rsidP="00DC6F2D">
      <w:pPr>
        <w:spacing w:line="259" w:lineRule="auto"/>
      </w:pPr>
      <w:r>
        <w:rPr>
          <w:b/>
          <w:sz w:val="21"/>
        </w:rPr>
        <w:t xml:space="preserve">Interviewee: </w:t>
      </w:r>
      <w:r>
        <w:rPr>
          <w:sz w:val="21"/>
        </w:rPr>
        <w:t xml:space="preserve">Yes, we made the sweets, we burned the sugar, so </w:t>
      </w:r>
      <w:proofErr w:type="spellStart"/>
      <w:r>
        <w:rPr>
          <w:sz w:val="21"/>
        </w:rPr>
        <w:t>so</w:t>
      </w:r>
      <w:proofErr w:type="spellEnd"/>
      <w:r>
        <w:rPr>
          <w:sz w:val="21"/>
        </w:rPr>
        <w:t xml:space="preserve"> we made like lollipops you know the one, before the one that was like that Yes and we loved it the most. And </w:t>
      </w:r>
      <w:proofErr w:type="gramStart"/>
      <w:r>
        <w:rPr>
          <w:sz w:val="21"/>
        </w:rPr>
        <w:t>that's</w:t>
      </w:r>
      <w:proofErr w:type="gramEnd"/>
      <w:r>
        <w:rPr>
          <w:sz w:val="21"/>
        </w:rPr>
        <w:t xml:space="preserve"> what we made and </w:t>
      </w:r>
      <w:proofErr w:type="gramStart"/>
      <w:r>
        <w:rPr>
          <w:sz w:val="21"/>
        </w:rPr>
        <w:t>that's</w:t>
      </w:r>
      <w:proofErr w:type="gramEnd"/>
      <w:r>
        <w:rPr>
          <w:sz w:val="21"/>
        </w:rPr>
        <w:t xml:space="preserve"> what we ate. </w:t>
      </w:r>
      <w:proofErr w:type="gramStart"/>
      <w:r>
        <w:rPr>
          <w:sz w:val="21"/>
        </w:rPr>
        <w:t>So</w:t>
      </w:r>
      <w:proofErr w:type="gramEnd"/>
      <w:r>
        <w:rPr>
          <w:sz w:val="21"/>
        </w:rPr>
        <w:t xml:space="preserve"> each had one lollipop We made it ourselves from sugar.</w:t>
      </w:r>
    </w:p>
    <w:p w14:paraId="5D3B4170" w14:textId="77777777" w:rsidR="00DC6F2D" w:rsidRDefault="00DC6F2D" w:rsidP="00DC6F2D">
      <w:pPr>
        <w:spacing w:line="259" w:lineRule="auto"/>
      </w:pPr>
      <w:r>
        <w:rPr>
          <w:b/>
          <w:sz w:val="21"/>
        </w:rPr>
        <w:t xml:space="preserve">Interviewer: </w:t>
      </w:r>
      <w:r>
        <w:rPr>
          <w:sz w:val="21"/>
        </w:rPr>
        <w:t>And now, for preparing at home, did your mother allow the girls to work?</w:t>
      </w:r>
    </w:p>
    <w:p w14:paraId="454A5A80" w14:textId="77777777" w:rsidR="00DC6F2D" w:rsidRDefault="00DC6F2D" w:rsidP="00DC6F2D">
      <w:pPr>
        <w:spacing w:line="259" w:lineRule="auto"/>
      </w:pPr>
      <w:r>
        <w:rPr>
          <w:b/>
          <w:sz w:val="21"/>
        </w:rPr>
        <w:t xml:space="preserve">Interviewee: </w:t>
      </w:r>
      <w:r>
        <w:rPr>
          <w:sz w:val="21"/>
        </w:rPr>
        <w:t>Yes, we made cakes, and even when we played with the children, we made everything and anything from mud. You know that, our childhood, we put it together as if we were kneading, so we made some like circles, some for example, we made some, Some sweet, some salty some drink it, you know..., But, we made everything out of mud, we made, we played with mud, we loved it the most.</w:t>
      </w:r>
    </w:p>
    <w:p w14:paraId="507EC128" w14:textId="77777777" w:rsidR="00DC6F2D" w:rsidRDefault="00DC6F2D" w:rsidP="00DC6F2D">
      <w:pPr>
        <w:spacing w:line="259" w:lineRule="auto"/>
      </w:pPr>
      <w:r>
        <w:rPr>
          <w:b/>
          <w:sz w:val="21"/>
        </w:rPr>
        <w:t xml:space="preserve">Interviewer: </w:t>
      </w:r>
      <w:r>
        <w:rPr>
          <w:sz w:val="21"/>
        </w:rPr>
        <w:t>Was it a workout? Yes, it was a practice,</w:t>
      </w:r>
    </w:p>
    <w:p w14:paraId="29C50183" w14:textId="77777777" w:rsidR="00DC6F2D" w:rsidRDefault="00DC6F2D" w:rsidP="00DC6F2D">
      <w:pPr>
        <w:spacing w:line="259" w:lineRule="auto"/>
      </w:pPr>
      <w:r>
        <w:rPr>
          <w:b/>
          <w:sz w:val="21"/>
        </w:rPr>
        <w:t xml:space="preserve">Interviewee: </w:t>
      </w:r>
      <w:r>
        <w:rPr>
          <w:sz w:val="21"/>
        </w:rPr>
        <w:t xml:space="preserve">and when we grew a little, </w:t>
      </w:r>
      <w:proofErr w:type="gramStart"/>
      <w:r>
        <w:rPr>
          <w:sz w:val="21"/>
        </w:rPr>
        <w:t>that's</w:t>
      </w:r>
      <w:proofErr w:type="gramEnd"/>
      <w:r>
        <w:rPr>
          <w:sz w:val="21"/>
        </w:rPr>
        <w:t xml:space="preserve"> when we knew what should be done. Even so, we cooked sometimes, prepared pies. we see our mothers how they worked so </w:t>
      </w:r>
      <w:proofErr w:type="spellStart"/>
      <w:r>
        <w:rPr>
          <w:sz w:val="21"/>
        </w:rPr>
        <w:t>so</w:t>
      </w:r>
      <w:proofErr w:type="spellEnd"/>
      <w:r>
        <w:rPr>
          <w:sz w:val="21"/>
        </w:rPr>
        <w:t xml:space="preserve"> we too learned from them.</w:t>
      </w:r>
    </w:p>
    <w:p w14:paraId="05D7BA3D" w14:textId="77777777" w:rsidR="00DC6F2D" w:rsidRDefault="00DC6F2D" w:rsidP="00DC6F2D">
      <w:pPr>
        <w:spacing w:line="259" w:lineRule="auto"/>
      </w:pPr>
      <w:r>
        <w:rPr>
          <w:b/>
          <w:sz w:val="21"/>
        </w:rPr>
        <w:t xml:space="preserve">Interviewer: </w:t>
      </w:r>
      <w:r>
        <w:rPr>
          <w:sz w:val="21"/>
        </w:rPr>
        <w:t>Regarding food, what was the biggest excitement in the family when you are preparing for a celebration, whether it was family, whether it was Bayram or something like that... What do you remember that it was like when you all got ready and had traditions or had both food and music?</w:t>
      </w:r>
    </w:p>
    <w:p w14:paraId="401059C0" w14:textId="77777777" w:rsidR="00DC6F2D" w:rsidRDefault="00DC6F2D" w:rsidP="00DC6F2D">
      <w:pPr>
        <w:spacing w:line="259" w:lineRule="auto"/>
      </w:pPr>
      <w:r>
        <w:rPr>
          <w:b/>
          <w:sz w:val="21"/>
        </w:rPr>
        <w:t xml:space="preserve">Interviewee: </w:t>
      </w:r>
      <w:r>
        <w:rPr>
          <w:sz w:val="21"/>
        </w:rPr>
        <w:t xml:space="preserve">We were preparing </w:t>
      </w:r>
      <w:proofErr w:type="spellStart"/>
      <w:r>
        <w:rPr>
          <w:sz w:val="21"/>
        </w:rPr>
        <w:t>felia</w:t>
      </w:r>
      <w:proofErr w:type="spellEnd"/>
      <w:r>
        <w:rPr>
          <w:sz w:val="21"/>
        </w:rPr>
        <w:t xml:space="preserve"> for Bayram. That means we made pies, we made cakes, cakes, </w:t>
      </w:r>
      <w:proofErr w:type="spellStart"/>
      <w:r>
        <w:rPr>
          <w:sz w:val="21"/>
        </w:rPr>
        <w:t>sarma</w:t>
      </w:r>
      <w:proofErr w:type="spellEnd"/>
      <w:r>
        <w:rPr>
          <w:sz w:val="21"/>
        </w:rPr>
        <w:t>, stuffed peppers, meat, any kind of meat, we made a little bit of everything, all of that and it means whatever you have you cook, What you don't have can't be cooked It means that you had the will to cook, it is cooked, and what is not, which means none, and my children liked to eat the most sweets, baklava, cakes, that's what they like the most. Even today, it remains traditional.</w:t>
      </w:r>
    </w:p>
    <w:p w14:paraId="4E4FFF4E" w14:textId="77777777" w:rsidR="00DC6F2D" w:rsidRDefault="00DC6F2D" w:rsidP="00DC6F2D">
      <w:pPr>
        <w:spacing w:line="259" w:lineRule="auto"/>
      </w:pPr>
      <w:r>
        <w:rPr>
          <w:b/>
          <w:sz w:val="21"/>
        </w:rPr>
        <w:t xml:space="preserve">Interviewer: </w:t>
      </w:r>
      <w:r>
        <w:rPr>
          <w:sz w:val="21"/>
        </w:rPr>
        <w:t>Tell us a little about what it looks like, celebration of Bayram?</w:t>
      </w:r>
    </w:p>
    <w:p w14:paraId="6E022408" w14:textId="77777777" w:rsidR="00DC6F2D" w:rsidRDefault="00DC6F2D" w:rsidP="00DC6F2D">
      <w:pPr>
        <w:spacing w:line="259" w:lineRule="auto"/>
      </w:pPr>
      <w:r>
        <w:rPr>
          <w:b/>
          <w:sz w:val="21"/>
        </w:rPr>
        <w:t xml:space="preserve">Interviewee: </w:t>
      </w:r>
      <w:r>
        <w:rPr>
          <w:sz w:val="21"/>
        </w:rPr>
        <w:t xml:space="preserve">Well, the Bayram celebration. We are going to the mosque. So, we pray there, early in the morning at around 4, 5 hours, approximately. And pray there, so they all go there for example men and women, you enter the mosque with everything tied up and you pray. And when you leave </w:t>
      </w:r>
      <w:r>
        <w:rPr>
          <w:sz w:val="21"/>
        </w:rPr>
        <w:lastRenderedPageBreak/>
        <w:t xml:space="preserve">from the mosque means there is also food </w:t>
      </w:r>
      <w:proofErr w:type="gramStart"/>
      <w:r>
        <w:rPr>
          <w:sz w:val="21"/>
        </w:rPr>
        <w:t>there</w:t>
      </w:r>
      <w:proofErr w:type="gramEnd"/>
      <w:r>
        <w:rPr>
          <w:sz w:val="21"/>
        </w:rPr>
        <w:t xml:space="preserve"> drink and everything alive is there. So, when you come home, you make yourself coffee or tea, whatever you have, whatever you like to drink And yet we congratulate each other.</w:t>
      </w:r>
    </w:p>
    <w:p w14:paraId="632D38CC" w14:textId="77777777" w:rsidR="00DC6F2D" w:rsidRDefault="00DC6F2D" w:rsidP="00DC6F2D">
      <w:pPr>
        <w:spacing w:line="259" w:lineRule="auto"/>
      </w:pPr>
      <w:r>
        <w:rPr>
          <w:b/>
          <w:sz w:val="21"/>
        </w:rPr>
        <w:t xml:space="preserve">Interviewer: </w:t>
      </w:r>
      <w:r>
        <w:rPr>
          <w:sz w:val="21"/>
        </w:rPr>
        <w:t>How do you congratulate?</w:t>
      </w:r>
    </w:p>
    <w:p w14:paraId="58E8C78B" w14:textId="77777777" w:rsidR="00DC6F2D" w:rsidRDefault="00DC6F2D" w:rsidP="00DC6F2D">
      <w:pPr>
        <w:spacing w:line="259" w:lineRule="auto"/>
      </w:pPr>
      <w:r>
        <w:rPr>
          <w:b/>
          <w:sz w:val="21"/>
        </w:rPr>
        <w:t xml:space="preserve">Interviewee: </w:t>
      </w:r>
      <w:r>
        <w:rPr>
          <w:sz w:val="21"/>
        </w:rPr>
        <w:t>For example, we say "</w:t>
      </w:r>
      <w:proofErr w:type="spellStart"/>
      <w:r>
        <w:rPr>
          <w:sz w:val="21"/>
        </w:rPr>
        <w:t>Batalo</w:t>
      </w:r>
      <w:proofErr w:type="spellEnd"/>
      <w:r>
        <w:rPr>
          <w:sz w:val="21"/>
        </w:rPr>
        <w:t xml:space="preserve"> Bayram" in our language, yes. And kiss each other, and congratulate each other. Sister-in-law took our hand, kiss the hand, boys I think the same, daughters and everything alive like that. I think, we congratulate each other. And yet, we slowly enjoy it with food, we are preparing, we women, we prepare, and men go from house to house, congratulating each other</w:t>
      </w:r>
    </w:p>
    <w:p w14:paraId="753C0CBD" w14:textId="77777777" w:rsidR="00DC6F2D" w:rsidRDefault="00DC6F2D" w:rsidP="00DC6F2D">
      <w:pPr>
        <w:spacing w:line="259" w:lineRule="auto"/>
      </w:pPr>
      <w:r>
        <w:rPr>
          <w:b/>
          <w:sz w:val="21"/>
        </w:rPr>
        <w:t xml:space="preserve">Interviewer: </w:t>
      </w:r>
      <w:r>
        <w:rPr>
          <w:sz w:val="21"/>
        </w:rPr>
        <w:t>The same "</w:t>
      </w:r>
      <w:proofErr w:type="spellStart"/>
      <w:r>
        <w:rPr>
          <w:sz w:val="21"/>
        </w:rPr>
        <w:t>Batalo</w:t>
      </w:r>
      <w:proofErr w:type="spellEnd"/>
      <w:r>
        <w:rPr>
          <w:sz w:val="21"/>
        </w:rPr>
        <w:t xml:space="preserve"> Bayram".</w:t>
      </w:r>
    </w:p>
    <w:p w14:paraId="1BC1A86C" w14:textId="77777777" w:rsidR="00DC6F2D" w:rsidRDefault="00DC6F2D" w:rsidP="00DC6F2D">
      <w:pPr>
        <w:spacing w:line="259" w:lineRule="auto"/>
      </w:pPr>
      <w:r>
        <w:rPr>
          <w:b/>
          <w:sz w:val="21"/>
        </w:rPr>
        <w:t xml:space="preserve">Interviewee: </w:t>
      </w:r>
      <w:r>
        <w:rPr>
          <w:sz w:val="21"/>
        </w:rPr>
        <w:t>The same "</w:t>
      </w:r>
      <w:proofErr w:type="spellStart"/>
      <w:r>
        <w:rPr>
          <w:sz w:val="21"/>
        </w:rPr>
        <w:t>Batalo</w:t>
      </w:r>
      <w:proofErr w:type="spellEnd"/>
      <w:r>
        <w:rPr>
          <w:sz w:val="21"/>
        </w:rPr>
        <w:t xml:space="preserve"> Bayram". Yes. And yet, we all get together, we celebrate Eid together.</w:t>
      </w:r>
    </w:p>
    <w:p w14:paraId="6F66F127" w14:textId="77777777" w:rsidR="00DC6F2D" w:rsidRDefault="00DC6F2D" w:rsidP="00DC6F2D">
      <w:pPr>
        <w:spacing w:line="259" w:lineRule="auto"/>
      </w:pPr>
      <w:r>
        <w:rPr>
          <w:b/>
          <w:sz w:val="21"/>
        </w:rPr>
        <w:t xml:space="preserve">Interviewer: </w:t>
      </w:r>
      <w:r>
        <w:rPr>
          <w:sz w:val="21"/>
        </w:rPr>
        <w:t>Where?</w:t>
      </w:r>
    </w:p>
    <w:p w14:paraId="5B3E4EAA" w14:textId="77777777" w:rsidR="00DC6F2D" w:rsidRDefault="00DC6F2D" w:rsidP="00DC6F2D">
      <w:pPr>
        <w:spacing w:line="259" w:lineRule="auto"/>
      </w:pPr>
      <w:r>
        <w:rPr>
          <w:b/>
          <w:sz w:val="21"/>
        </w:rPr>
        <w:t xml:space="preserve">Interviewee: </w:t>
      </w:r>
      <w:r>
        <w:rPr>
          <w:sz w:val="21"/>
        </w:rPr>
        <w:t>In our house, yes, we put, for example, a big table. That table is special, for example, for Eid. That is greatest glory for us.</w:t>
      </w:r>
    </w:p>
    <w:p w14:paraId="005CC660" w14:textId="77777777" w:rsidR="00DC6F2D" w:rsidRDefault="00DC6F2D" w:rsidP="00DC6F2D">
      <w:pPr>
        <w:spacing w:line="259" w:lineRule="auto"/>
      </w:pPr>
      <w:r>
        <w:rPr>
          <w:b/>
          <w:sz w:val="21"/>
        </w:rPr>
        <w:t xml:space="preserve">Interviewer: </w:t>
      </w:r>
      <w:r>
        <w:rPr>
          <w:sz w:val="21"/>
        </w:rPr>
        <w:t xml:space="preserve">Well, </w:t>
      </w:r>
      <w:proofErr w:type="gramStart"/>
      <w:r>
        <w:rPr>
          <w:sz w:val="21"/>
        </w:rPr>
        <w:t>that's</w:t>
      </w:r>
      <w:proofErr w:type="gramEnd"/>
      <w:r>
        <w:rPr>
          <w:sz w:val="21"/>
        </w:rPr>
        <w:t xml:space="preserve"> really nice, and it lasts, isn't it, until late?</w:t>
      </w:r>
    </w:p>
    <w:p w14:paraId="0232F299" w14:textId="77777777" w:rsidR="00DC6F2D" w:rsidRDefault="00DC6F2D" w:rsidP="00DC6F2D">
      <w:pPr>
        <w:spacing w:line="259" w:lineRule="auto"/>
      </w:pPr>
      <w:r>
        <w:rPr>
          <w:b/>
          <w:sz w:val="21"/>
        </w:rPr>
        <w:t xml:space="preserve">Interviewee: </w:t>
      </w:r>
      <w:r>
        <w:rPr>
          <w:sz w:val="21"/>
        </w:rPr>
        <w:t>It lasts until late at night, we sing, we enjoy. That means we like to listen to, and play all the songs. So, we rejoice, we dance.</w:t>
      </w:r>
    </w:p>
    <w:p w14:paraId="77918104" w14:textId="77777777" w:rsidR="00DC6F2D" w:rsidRDefault="00DC6F2D" w:rsidP="00DC6F2D">
      <w:pPr>
        <w:spacing w:line="259" w:lineRule="auto"/>
      </w:pPr>
      <w:r>
        <w:rPr>
          <w:b/>
          <w:sz w:val="21"/>
        </w:rPr>
        <w:t xml:space="preserve">Interviewer: </w:t>
      </w:r>
      <w:r>
        <w:rPr>
          <w:sz w:val="21"/>
        </w:rPr>
        <w:t xml:space="preserve">And modern songs, </w:t>
      </w:r>
      <w:proofErr w:type="spellStart"/>
      <w:r>
        <w:rPr>
          <w:sz w:val="21"/>
        </w:rPr>
        <w:t>Šaban</w:t>
      </w:r>
      <w:proofErr w:type="spellEnd"/>
      <w:r>
        <w:rPr>
          <w:sz w:val="21"/>
        </w:rPr>
        <w:t xml:space="preserve"> </w:t>
      </w:r>
      <w:proofErr w:type="spellStart"/>
      <w:r>
        <w:rPr>
          <w:sz w:val="21"/>
        </w:rPr>
        <w:t>Bayramović</w:t>
      </w:r>
      <w:proofErr w:type="spellEnd"/>
      <w:r>
        <w:rPr>
          <w:sz w:val="21"/>
        </w:rPr>
        <w:t xml:space="preserve"> mentioned? Which of these more modern ones are you listening to?</w:t>
      </w:r>
    </w:p>
    <w:p w14:paraId="240F6FD4" w14:textId="77777777" w:rsidR="00DC6F2D" w:rsidRDefault="00DC6F2D" w:rsidP="00DC6F2D">
      <w:pPr>
        <w:spacing w:line="259" w:lineRule="auto"/>
      </w:pPr>
      <w:r>
        <w:rPr>
          <w:b/>
          <w:sz w:val="21"/>
        </w:rPr>
        <w:t xml:space="preserve">Interviewee: </w:t>
      </w:r>
      <w:r>
        <w:rPr>
          <w:sz w:val="21"/>
        </w:rPr>
        <w:t xml:space="preserve">Well, these modern ones, for example, those playing, as far as I know, now there are some modern, and modern, young talents; talents, we listen to music, songs, and Džan Sever, the one who sang, what was his name? </w:t>
      </w:r>
      <w:proofErr w:type="gramStart"/>
      <w:r>
        <w:rPr>
          <w:sz w:val="21"/>
        </w:rPr>
        <w:t>There's</w:t>
      </w:r>
      <w:proofErr w:type="gramEnd"/>
      <w:r>
        <w:rPr>
          <w:sz w:val="21"/>
        </w:rPr>
        <w:t xml:space="preserve"> more, more, more. So, there is various music, various singers and we listen to various music, all alive Yes,</w:t>
      </w:r>
    </w:p>
    <w:p w14:paraId="7F41D587" w14:textId="77777777" w:rsidR="00DC6F2D" w:rsidRDefault="00DC6F2D" w:rsidP="00DC6F2D">
      <w:pPr>
        <w:spacing w:line="259" w:lineRule="auto"/>
      </w:pPr>
      <w:r>
        <w:rPr>
          <w:b/>
          <w:sz w:val="21"/>
        </w:rPr>
        <w:t xml:space="preserve">Interviewer: </w:t>
      </w:r>
      <w:r>
        <w:rPr>
          <w:sz w:val="21"/>
        </w:rPr>
        <w:t>But, be the most cheerful? Yes!</w:t>
      </w:r>
    </w:p>
    <w:p w14:paraId="1BA9A11E" w14:textId="77777777" w:rsidR="00DC6F2D" w:rsidRDefault="00DC6F2D" w:rsidP="00DC6F2D">
      <w:pPr>
        <w:spacing w:line="259" w:lineRule="auto"/>
      </w:pPr>
      <w:r>
        <w:rPr>
          <w:b/>
          <w:sz w:val="21"/>
        </w:rPr>
        <w:t xml:space="preserve">Interviewee: </w:t>
      </w:r>
      <w:r>
        <w:rPr>
          <w:sz w:val="21"/>
        </w:rPr>
        <w:t xml:space="preserve">Yes, the funniest, </w:t>
      </w:r>
      <w:proofErr w:type="gramStart"/>
      <w:r>
        <w:rPr>
          <w:sz w:val="21"/>
        </w:rPr>
        <w:t>that's</w:t>
      </w:r>
      <w:proofErr w:type="gramEnd"/>
      <w:r>
        <w:rPr>
          <w:sz w:val="21"/>
        </w:rPr>
        <w:t xml:space="preserve"> right...</w:t>
      </w:r>
    </w:p>
    <w:p w14:paraId="5596C627" w14:textId="77777777" w:rsidR="00DC6F2D" w:rsidRDefault="00DC6F2D" w:rsidP="00DC6F2D">
      <w:pPr>
        <w:spacing w:line="259" w:lineRule="auto"/>
      </w:pPr>
      <w:r>
        <w:rPr>
          <w:b/>
          <w:sz w:val="21"/>
        </w:rPr>
        <w:t xml:space="preserve">Interviewer: </w:t>
      </w:r>
      <w:r>
        <w:rPr>
          <w:sz w:val="21"/>
        </w:rPr>
        <w:t xml:space="preserve">In addition to Eid, related to family matters, for example, for sometimes when a child is born, for the birth of a child or for a funeral. Is there anything to do? what does it look like, can you describe the ritual to us? Or there </w:t>
      </w:r>
      <w:proofErr w:type="gramStart"/>
      <w:r>
        <w:rPr>
          <w:sz w:val="21"/>
        </w:rPr>
        <w:t>is</w:t>
      </w:r>
      <w:proofErr w:type="gramEnd"/>
      <w:r>
        <w:rPr>
          <w:sz w:val="21"/>
        </w:rPr>
        <w:t xml:space="preserve"> some music and food, the same to us.</w:t>
      </w:r>
    </w:p>
    <w:p w14:paraId="143CA03C" w14:textId="77777777" w:rsidR="00DC6F2D" w:rsidRDefault="00DC6F2D" w:rsidP="00DC6F2D">
      <w:pPr>
        <w:spacing w:line="259" w:lineRule="auto"/>
      </w:pPr>
      <w:r>
        <w:rPr>
          <w:b/>
          <w:sz w:val="21"/>
        </w:rPr>
        <w:t xml:space="preserve">Interviewee: </w:t>
      </w:r>
      <w:r>
        <w:rPr>
          <w:sz w:val="21"/>
        </w:rPr>
        <w:t>When we have something, for example, we now have to say grandson or granddaughter, that's what we're looking forward to, let's play music too, someone who likes to get drunk, drinks on example, and who likes to play and we play, so our friends come, we're all here together we hang out, means we eat, drink what we make, for example And when my sister-in-law comes, that day is special we make, we decorate the balloons, I mean the house, gives us a little grandson or granddaughter, anything for example what we get, it means to be cheerful and to welcome the grandson to be as it should be. And all the housemates, so we are all happy, so everything like that, with songs, with games, with merry people so on</w:t>
      </w:r>
    </w:p>
    <w:p w14:paraId="74DBDE02" w14:textId="77777777" w:rsidR="00DC6F2D" w:rsidRDefault="00DC6F2D" w:rsidP="00DC6F2D">
      <w:pPr>
        <w:spacing w:line="259" w:lineRule="auto"/>
      </w:pPr>
      <w:r>
        <w:rPr>
          <w:b/>
          <w:sz w:val="21"/>
        </w:rPr>
        <w:t xml:space="preserve">Interviewer: </w:t>
      </w:r>
      <w:r>
        <w:rPr>
          <w:sz w:val="21"/>
        </w:rPr>
        <w:t>Is there such a thing in Romani, what is birth called, is there baptism?</w:t>
      </w:r>
    </w:p>
    <w:p w14:paraId="31E0E61E" w14:textId="77777777" w:rsidR="00DC6F2D" w:rsidRDefault="00DC6F2D" w:rsidP="00DC6F2D">
      <w:pPr>
        <w:spacing w:line="259" w:lineRule="auto"/>
      </w:pPr>
      <w:r>
        <w:rPr>
          <w:b/>
          <w:sz w:val="21"/>
        </w:rPr>
        <w:t xml:space="preserve">Interviewee: </w:t>
      </w:r>
      <w:r>
        <w:rPr>
          <w:sz w:val="21"/>
        </w:rPr>
        <w:t xml:space="preserve">There is a baptism, yes there is we say godparents, the same as you, yes, but </w:t>
      </w:r>
      <w:proofErr w:type="spellStart"/>
      <w:r>
        <w:rPr>
          <w:sz w:val="21"/>
        </w:rPr>
        <w:t>but</w:t>
      </w:r>
      <w:proofErr w:type="spellEnd"/>
      <w:r>
        <w:rPr>
          <w:sz w:val="21"/>
        </w:rPr>
        <w:t xml:space="preserve"> godparents are created, for example, and sometimes a name is given, and also, for example, you take your hair.</w:t>
      </w:r>
    </w:p>
    <w:p w14:paraId="1BE8DC40" w14:textId="77777777" w:rsidR="00DC6F2D" w:rsidRDefault="00DC6F2D" w:rsidP="00DC6F2D">
      <w:pPr>
        <w:spacing w:line="259" w:lineRule="auto"/>
      </w:pPr>
      <w:r>
        <w:rPr>
          <w:b/>
          <w:sz w:val="21"/>
        </w:rPr>
        <w:t xml:space="preserve">Interviewer: </w:t>
      </w:r>
      <w:r>
        <w:rPr>
          <w:sz w:val="21"/>
        </w:rPr>
        <w:t>Hair?</w:t>
      </w:r>
    </w:p>
    <w:p w14:paraId="4F564470" w14:textId="77777777" w:rsidR="00DC6F2D" w:rsidRDefault="00DC6F2D" w:rsidP="00DC6F2D">
      <w:pPr>
        <w:spacing w:line="259" w:lineRule="auto"/>
      </w:pPr>
      <w:r>
        <w:rPr>
          <w:b/>
          <w:sz w:val="21"/>
        </w:rPr>
        <w:t xml:space="preserve">Interviewee: </w:t>
      </w:r>
      <w:r>
        <w:rPr>
          <w:sz w:val="21"/>
        </w:rPr>
        <w:t>Yes, the hair, and that's godfatherism or you name it. There are three ways.</w:t>
      </w:r>
    </w:p>
    <w:p w14:paraId="3B8C5793" w14:textId="77777777" w:rsidR="00DC6F2D" w:rsidRDefault="00DC6F2D" w:rsidP="00DC6F2D">
      <w:pPr>
        <w:spacing w:line="259" w:lineRule="auto"/>
      </w:pPr>
      <w:r>
        <w:rPr>
          <w:b/>
          <w:sz w:val="21"/>
        </w:rPr>
        <w:t xml:space="preserve">Interviewer: </w:t>
      </w:r>
      <w:r>
        <w:rPr>
          <w:sz w:val="21"/>
        </w:rPr>
        <w:t>Do you take care of your hair?</w:t>
      </w:r>
    </w:p>
    <w:p w14:paraId="120888E8" w14:textId="77777777" w:rsidR="00DC6F2D" w:rsidRDefault="00DC6F2D" w:rsidP="00DC6F2D">
      <w:pPr>
        <w:spacing w:line="259" w:lineRule="auto"/>
      </w:pPr>
      <w:r>
        <w:rPr>
          <w:b/>
          <w:sz w:val="21"/>
        </w:rPr>
        <w:t xml:space="preserve">Interviewee: </w:t>
      </w:r>
      <w:r>
        <w:rPr>
          <w:sz w:val="21"/>
        </w:rPr>
        <w:t>Yes, the hair is kept for three days, then after three you go into the water during the day, means you throw it in the water and pray for its health,</w:t>
      </w:r>
    </w:p>
    <w:p w14:paraId="6C78F256" w14:textId="77777777" w:rsidR="00DC6F2D" w:rsidRDefault="00DC6F2D" w:rsidP="00DC6F2D">
      <w:pPr>
        <w:spacing w:line="259" w:lineRule="auto"/>
      </w:pPr>
      <w:r>
        <w:rPr>
          <w:b/>
          <w:sz w:val="21"/>
        </w:rPr>
        <w:t xml:space="preserve">Interviewer: </w:t>
      </w:r>
      <w:r>
        <w:rPr>
          <w:sz w:val="21"/>
        </w:rPr>
        <w:t>Behind?</w:t>
      </w:r>
    </w:p>
    <w:p w14:paraId="76F5C713" w14:textId="77777777" w:rsidR="00DC6F2D" w:rsidRDefault="00DC6F2D" w:rsidP="00DC6F2D">
      <w:pPr>
        <w:spacing w:line="259" w:lineRule="auto"/>
      </w:pPr>
      <w:r>
        <w:rPr>
          <w:b/>
          <w:sz w:val="21"/>
        </w:rPr>
        <w:t xml:space="preserve">Interviewee: </w:t>
      </w:r>
      <w:r>
        <w:rPr>
          <w:sz w:val="21"/>
        </w:rPr>
        <w:t xml:space="preserve">yes, </w:t>
      </w:r>
      <w:proofErr w:type="gramStart"/>
      <w:r>
        <w:rPr>
          <w:sz w:val="21"/>
        </w:rPr>
        <w:t>that's</w:t>
      </w:r>
      <w:proofErr w:type="gramEnd"/>
      <w:r>
        <w:rPr>
          <w:sz w:val="21"/>
        </w:rPr>
        <w:t xml:space="preserve"> right, </w:t>
      </w:r>
      <w:proofErr w:type="gramStart"/>
      <w:r>
        <w:rPr>
          <w:sz w:val="21"/>
        </w:rPr>
        <w:t>it's</w:t>
      </w:r>
      <w:proofErr w:type="gramEnd"/>
      <w:r>
        <w:rPr>
          <w:sz w:val="21"/>
        </w:rPr>
        <w:t xml:space="preserve"> thrown back, and we put the hair on a sieve, the one used to sow flour, so that it stands for three days, after three days we throw on the water. we pray for the child, little girl, anything, that it will be healthy and alive, that everything will go well.</w:t>
      </w:r>
    </w:p>
    <w:p w14:paraId="4DE30B14" w14:textId="77777777" w:rsidR="00DC6F2D" w:rsidRDefault="00DC6F2D" w:rsidP="00DC6F2D">
      <w:pPr>
        <w:spacing w:line="259" w:lineRule="auto"/>
      </w:pPr>
      <w:r>
        <w:rPr>
          <w:b/>
          <w:sz w:val="21"/>
        </w:rPr>
        <w:t xml:space="preserve">Interviewer: </w:t>
      </w:r>
      <w:r>
        <w:rPr>
          <w:sz w:val="21"/>
        </w:rPr>
        <w:t xml:space="preserve">In addition, do you remember, because mostly women dealt with it, when someone in the family got sick, was there something to make some teas, something to help, when you still </w:t>
      </w:r>
      <w:proofErr w:type="gramStart"/>
      <w:r>
        <w:rPr>
          <w:sz w:val="21"/>
        </w:rPr>
        <w:t>don't</w:t>
      </w:r>
      <w:proofErr w:type="gramEnd"/>
      <w:r>
        <w:rPr>
          <w:sz w:val="21"/>
        </w:rPr>
        <w:t xml:space="preserve"> go to the doctor, what are you preparing at home?</w:t>
      </w:r>
    </w:p>
    <w:p w14:paraId="1A2CDCC1" w14:textId="77777777" w:rsidR="00DC6F2D" w:rsidRDefault="00DC6F2D" w:rsidP="00DC6F2D">
      <w:pPr>
        <w:spacing w:line="259" w:lineRule="auto"/>
      </w:pPr>
      <w:r>
        <w:rPr>
          <w:b/>
          <w:sz w:val="21"/>
        </w:rPr>
        <w:t xml:space="preserve">Interviewee: </w:t>
      </w:r>
      <w:r>
        <w:rPr>
          <w:sz w:val="21"/>
        </w:rPr>
        <w:t>Yes, we can, for example, to give first aid make mint or chamomile tea, what do you have for tea was what do you give And yes, for example, you give some medicine, if he has a fever, you give him for fever if not, for all the pains that, for example, give you a headache, something else, some caffeine, some aspirin, whatever. And for the first aid that is.</w:t>
      </w:r>
    </w:p>
    <w:p w14:paraId="461D8D76" w14:textId="77777777" w:rsidR="00DC6F2D" w:rsidRDefault="00DC6F2D" w:rsidP="00DC6F2D">
      <w:pPr>
        <w:spacing w:line="259" w:lineRule="auto"/>
      </w:pPr>
      <w:r>
        <w:rPr>
          <w:b/>
          <w:sz w:val="21"/>
        </w:rPr>
        <w:t xml:space="preserve">Interviewer: </w:t>
      </w:r>
      <w:r>
        <w:rPr>
          <w:sz w:val="21"/>
        </w:rPr>
        <w:t>Only men go to funerals? How did you mark funeral here? How is somebody buried?</w:t>
      </w:r>
    </w:p>
    <w:p w14:paraId="76C8CE4B" w14:textId="77777777" w:rsidR="00DC6F2D" w:rsidRDefault="00DC6F2D" w:rsidP="00DC6F2D">
      <w:pPr>
        <w:spacing w:line="259" w:lineRule="auto"/>
      </w:pPr>
      <w:r>
        <w:rPr>
          <w:b/>
          <w:sz w:val="21"/>
        </w:rPr>
        <w:t xml:space="preserve">Interviewee: </w:t>
      </w:r>
      <w:r>
        <w:rPr>
          <w:sz w:val="21"/>
        </w:rPr>
        <w:t xml:space="preserve">In our country, women </w:t>
      </w:r>
      <w:proofErr w:type="gramStart"/>
      <w:r>
        <w:rPr>
          <w:sz w:val="21"/>
        </w:rPr>
        <w:t>don't</w:t>
      </w:r>
      <w:proofErr w:type="gramEnd"/>
      <w:r>
        <w:rPr>
          <w:sz w:val="21"/>
        </w:rPr>
        <w:t xml:space="preserve"> go, only men go. </w:t>
      </w:r>
      <w:proofErr w:type="gramStart"/>
      <w:r>
        <w:rPr>
          <w:sz w:val="21"/>
        </w:rPr>
        <w:t>It's</w:t>
      </w:r>
      <w:proofErr w:type="gramEnd"/>
      <w:r>
        <w:rPr>
          <w:sz w:val="21"/>
        </w:rPr>
        <w:t xml:space="preserve"> for the funeral, when the man dies, he goes there to the mosque. It means, they prepare, for example, that man they bathe they prepare him, everything means, on the right way for the funeral. And we women prepare </w:t>
      </w:r>
      <w:proofErr w:type="gramStart"/>
      <w:r>
        <w:rPr>
          <w:sz w:val="21"/>
        </w:rPr>
        <w:t>an</w:t>
      </w:r>
      <w:proofErr w:type="gramEnd"/>
      <w:r>
        <w:rPr>
          <w:sz w:val="21"/>
        </w:rPr>
        <w:t xml:space="preserve"> halva at home, prepare a pie. Well, </w:t>
      </w:r>
      <w:proofErr w:type="gramStart"/>
      <w:r>
        <w:rPr>
          <w:sz w:val="21"/>
        </w:rPr>
        <w:t>How</w:t>
      </w:r>
      <w:proofErr w:type="gramEnd"/>
      <w:r>
        <w:rPr>
          <w:sz w:val="21"/>
        </w:rPr>
        <w:t xml:space="preserve"> do you prepare halva? Well, yes, we are preparing the halva now, for example, put oil, to heat the oil and put the flour, little by little, you know, little by little</w:t>
      </w:r>
    </w:p>
    <w:p w14:paraId="109EF8B4" w14:textId="77777777" w:rsidR="00DC6F2D" w:rsidRDefault="00DC6F2D" w:rsidP="00DC6F2D">
      <w:pPr>
        <w:spacing w:line="259" w:lineRule="auto"/>
      </w:pPr>
      <w:r>
        <w:rPr>
          <w:b/>
          <w:sz w:val="21"/>
        </w:rPr>
        <w:t xml:space="preserve">Interviewer: </w:t>
      </w:r>
      <w:r>
        <w:rPr>
          <w:sz w:val="21"/>
        </w:rPr>
        <w:t>Wheat?</w:t>
      </w:r>
    </w:p>
    <w:p w14:paraId="3DB7C29E" w14:textId="77777777" w:rsidR="00DC6F2D" w:rsidRDefault="00DC6F2D" w:rsidP="00DC6F2D">
      <w:pPr>
        <w:spacing w:line="259" w:lineRule="auto"/>
      </w:pPr>
      <w:r>
        <w:rPr>
          <w:b/>
          <w:sz w:val="21"/>
        </w:rPr>
        <w:t xml:space="preserve">Interviewee: </w:t>
      </w:r>
      <w:r>
        <w:rPr>
          <w:sz w:val="21"/>
        </w:rPr>
        <w:t xml:space="preserve">Yes, wheat flour. And then it needs to be fried a little, to be a little, I mean I mean like red, not really like a sprinkling. And then you put the sherbet inside, that sherbet water, and sugar, yes, and then you pour it, slowly, slowly you mix it. And then you take it with a spoon, put it for example, let it be decorative like that, who will spin like that, who will gamble, let it be like that... And for a man to take, for example, to take on his hand, and to eat that. </w:t>
      </w:r>
      <w:proofErr w:type="gramStart"/>
      <w:r>
        <w:rPr>
          <w:sz w:val="21"/>
        </w:rPr>
        <w:t>That's</w:t>
      </w:r>
      <w:proofErr w:type="gramEnd"/>
      <w:r>
        <w:rPr>
          <w:sz w:val="21"/>
        </w:rPr>
        <w:t xml:space="preserve"> true if it goes with us, both male and female, So, it has to be, in the first place.</w:t>
      </w:r>
    </w:p>
    <w:p w14:paraId="4DB20E33" w14:textId="77777777" w:rsidR="00DC6F2D" w:rsidRDefault="00DC6F2D" w:rsidP="00DC6F2D">
      <w:pPr>
        <w:spacing w:line="259" w:lineRule="auto"/>
      </w:pPr>
      <w:r>
        <w:rPr>
          <w:b/>
          <w:sz w:val="21"/>
        </w:rPr>
        <w:t xml:space="preserve">Interviewer: </w:t>
      </w:r>
      <w:r>
        <w:rPr>
          <w:sz w:val="21"/>
        </w:rPr>
        <w:t>No additives, some cocoa or something?</w:t>
      </w:r>
    </w:p>
    <w:p w14:paraId="42D79C75" w14:textId="77777777" w:rsidR="00DC6F2D" w:rsidRDefault="00DC6F2D" w:rsidP="00DC6F2D">
      <w:pPr>
        <w:spacing w:line="259" w:lineRule="auto"/>
      </w:pPr>
      <w:r>
        <w:rPr>
          <w:b/>
          <w:sz w:val="21"/>
        </w:rPr>
        <w:t xml:space="preserve">Interviewee: </w:t>
      </w:r>
      <w:r>
        <w:rPr>
          <w:sz w:val="21"/>
        </w:rPr>
        <w:t xml:space="preserve">No, no, no, just clean Someone likes to put grapes, whatever they like, and if we fix it, it goes </w:t>
      </w:r>
      <w:proofErr w:type="gramStart"/>
      <w:r>
        <w:rPr>
          <w:sz w:val="21"/>
        </w:rPr>
        <w:t>it's</w:t>
      </w:r>
      <w:proofErr w:type="gramEnd"/>
      <w:r>
        <w:rPr>
          <w:sz w:val="21"/>
        </w:rPr>
        <w:t xml:space="preserve"> just Halva, we </w:t>
      </w:r>
      <w:proofErr w:type="gramStart"/>
      <w:r>
        <w:rPr>
          <w:sz w:val="21"/>
        </w:rPr>
        <w:t>don't</w:t>
      </w:r>
      <w:proofErr w:type="gramEnd"/>
      <w:r>
        <w:rPr>
          <w:sz w:val="21"/>
        </w:rPr>
        <w:t xml:space="preserve"> put anything on it</w:t>
      </w:r>
    </w:p>
    <w:p w14:paraId="649A1DDA" w14:textId="77777777" w:rsidR="00DC6F2D" w:rsidRDefault="00DC6F2D" w:rsidP="00DC6F2D">
      <w:pPr>
        <w:spacing w:line="259" w:lineRule="auto"/>
      </w:pPr>
      <w:r>
        <w:rPr>
          <w:b/>
          <w:sz w:val="21"/>
        </w:rPr>
        <w:t xml:space="preserve">Interviewer: </w:t>
      </w:r>
      <w:r>
        <w:rPr>
          <w:sz w:val="21"/>
        </w:rPr>
        <w:t>Then they come home, the women are waiting for men after the funeral and you have Halva ready. What do you drink after the funeral, at home?</w:t>
      </w:r>
    </w:p>
    <w:p w14:paraId="07781CE0" w14:textId="77777777" w:rsidR="00DC6F2D" w:rsidRDefault="00DC6F2D" w:rsidP="00DC6F2D">
      <w:pPr>
        <w:spacing w:line="259" w:lineRule="auto"/>
      </w:pPr>
      <w:r>
        <w:rPr>
          <w:b/>
          <w:sz w:val="21"/>
        </w:rPr>
        <w:t xml:space="preserve">Interviewee: </w:t>
      </w:r>
      <w:r>
        <w:rPr>
          <w:sz w:val="21"/>
        </w:rPr>
        <w:t>We drink tea at home, coffee, juices,</w:t>
      </w:r>
    </w:p>
    <w:p w14:paraId="25F86756" w14:textId="77777777" w:rsidR="00DC6F2D" w:rsidRDefault="00DC6F2D" w:rsidP="00DC6F2D">
      <w:pPr>
        <w:spacing w:line="259" w:lineRule="auto"/>
      </w:pPr>
      <w:r>
        <w:rPr>
          <w:b/>
          <w:sz w:val="21"/>
        </w:rPr>
        <w:t xml:space="preserve">Interviewer: </w:t>
      </w:r>
      <w:r>
        <w:rPr>
          <w:sz w:val="21"/>
        </w:rPr>
        <w:t>and Turkish delight,</w:t>
      </w:r>
    </w:p>
    <w:p w14:paraId="45A11D4B" w14:textId="77777777" w:rsidR="00DC6F2D" w:rsidRDefault="00DC6F2D" w:rsidP="00DC6F2D">
      <w:pPr>
        <w:spacing w:line="259" w:lineRule="auto"/>
      </w:pPr>
      <w:r>
        <w:rPr>
          <w:b/>
          <w:sz w:val="21"/>
        </w:rPr>
        <w:t xml:space="preserve">Interviewee: </w:t>
      </w:r>
      <w:r>
        <w:rPr>
          <w:sz w:val="21"/>
        </w:rPr>
        <w:t xml:space="preserve">I mean, is there something to be said, to toast the soul? No, not one of us has that. It just gives you that </w:t>
      </w:r>
      <w:proofErr w:type="spellStart"/>
      <w:r>
        <w:rPr>
          <w:sz w:val="21"/>
        </w:rPr>
        <w:t>gayret</w:t>
      </w:r>
      <w:proofErr w:type="spellEnd"/>
      <w:r>
        <w:rPr>
          <w:sz w:val="21"/>
        </w:rPr>
        <w:t xml:space="preserve">. Yes, </w:t>
      </w:r>
      <w:proofErr w:type="spellStart"/>
      <w:r>
        <w:rPr>
          <w:sz w:val="21"/>
        </w:rPr>
        <w:t>gayret</w:t>
      </w:r>
      <w:proofErr w:type="spellEnd"/>
      <w:r>
        <w:rPr>
          <w:sz w:val="21"/>
        </w:rPr>
        <w:t xml:space="preserve">, </w:t>
      </w:r>
      <w:proofErr w:type="gramStart"/>
      <w:r>
        <w:rPr>
          <w:sz w:val="21"/>
        </w:rPr>
        <w:t>that's</w:t>
      </w:r>
      <w:proofErr w:type="gramEnd"/>
      <w:r>
        <w:rPr>
          <w:sz w:val="21"/>
        </w:rPr>
        <w:t xml:space="preserve"> it, nothing </w:t>
      </w:r>
      <w:proofErr w:type="gramStart"/>
      <w:r>
        <w:rPr>
          <w:sz w:val="21"/>
        </w:rPr>
        <w:t>more,...</w:t>
      </w:r>
      <w:proofErr w:type="gramEnd"/>
      <w:r>
        <w:rPr>
          <w:sz w:val="21"/>
        </w:rPr>
        <w:t xml:space="preserve"> And Halva, yes...</w:t>
      </w:r>
    </w:p>
    <w:p w14:paraId="50ED91EC" w14:textId="77777777" w:rsidR="00DC6F2D" w:rsidRDefault="00DC6F2D" w:rsidP="00DC6F2D">
      <w:pPr>
        <w:spacing w:line="259" w:lineRule="auto"/>
      </w:pPr>
      <w:r>
        <w:rPr>
          <w:b/>
          <w:sz w:val="21"/>
        </w:rPr>
        <w:t xml:space="preserve">Interviewer: </w:t>
      </w:r>
      <w:proofErr w:type="gramStart"/>
      <w:r>
        <w:rPr>
          <w:sz w:val="21"/>
        </w:rPr>
        <w:t>That's</w:t>
      </w:r>
      <w:proofErr w:type="gramEnd"/>
      <w:r>
        <w:rPr>
          <w:sz w:val="21"/>
        </w:rPr>
        <w:t xml:space="preserve"> it. Thank you.</w:t>
      </w:r>
    </w:p>
    <w:p w14:paraId="4503F61B" w14:textId="77777777" w:rsidR="00DC6F2D" w:rsidRDefault="00DC6F2D" w:rsidP="00DC6F2D">
      <w:pPr>
        <w:spacing w:line="259" w:lineRule="auto"/>
      </w:pPr>
      <w:r>
        <w:rPr>
          <w:b/>
          <w:sz w:val="21"/>
        </w:rPr>
        <w:t xml:space="preserve">Interviewee: </w:t>
      </w:r>
      <w:r>
        <w:rPr>
          <w:sz w:val="21"/>
        </w:rPr>
        <w:t>Thank you.</w:t>
      </w:r>
    </w:p>
    <w:p w14:paraId="0F98CC03" w14:textId="77777777" w:rsidR="00860113" w:rsidRPr="009A0437" w:rsidRDefault="00860113" w:rsidP="001B0844">
      <w:pPr>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4E81" w14:textId="77777777" w:rsidR="000D48F2" w:rsidRDefault="000D48F2" w:rsidP="009A0437">
      <w:pPr>
        <w:spacing w:after="0" w:line="240" w:lineRule="auto"/>
      </w:pPr>
      <w:r>
        <w:separator/>
      </w:r>
    </w:p>
  </w:endnote>
  <w:endnote w:type="continuationSeparator" w:id="0">
    <w:p w14:paraId="478847F8" w14:textId="77777777" w:rsidR="000D48F2" w:rsidRDefault="000D48F2"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99D2" w14:textId="77777777" w:rsidR="000D48F2" w:rsidRDefault="000D48F2" w:rsidP="009A0437">
      <w:pPr>
        <w:spacing w:after="0" w:line="240" w:lineRule="auto"/>
      </w:pPr>
      <w:r>
        <w:separator/>
      </w:r>
    </w:p>
  </w:footnote>
  <w:footnote w:type="continuationSeparator" w:id="0">
    <w:p w14:paraId="36B8FE70" w14:textId="77777777" w:rsidR="000D48F2" w:rsidRDefault="000D48F2"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48F2"/>
    <w:rsid w:val="0015074B"/>
    <w:rsid w:val="001B0844"/>
    <w:rsid w:val="001D5383"/>
    <w:rsid w:val="001F45D4"/>
    <w:rsid w:val="00233D8E"/>
    <w:rsid w:val="002625A5"/>
    <w:rsid w:val="0029639D"/>
    <w:rsid w:val="002D73EF"/>
    <w:rsid w:val="003256DF"/>
    <w:rsid w:val="00326F90"/>
    <w:rsid w:val="00375188"/>
    <w:rsid w:val="003834F1"/>
    <w:rsid w:val="003B7C38"/>
    <w:rsid w:val="0045093C"/>
    <w:rsid w:val="0049302A"/>
    <w:rsid w:val="004C5FF8"/>
    <w:rsid w:val="00577296"/>
    <w:rsid w:val="00586A1E"/>
    <w:rsid w:val="005A22D0"/>
    <w:rsid w:val="005F43D4"/>
    <w:rsid w:val="006F1718"/>
    <w:rsid w:val="007741D1"/>
    <w:rsid w:val="00786B05"/>
    <w:rsid w:val="00794E93"/>
    <w:rsid w:val="00824878"/>
    <w:rsid w:val="00860113"/>
    <w:rsid w:val="008D6685"/>
    <w:rsid w:val="009A0437"/>
    <w:rsid w:val="00A67DDC"/>
    <w:rsid w:val="00AA1D8D"/>
    <w:rsid w:val="00B47730"/>
    <w:rsid w:val="00BD1871"/>
    <w:rsid w:val="00BF56A7"/>
    <w:rsid w:val="00C149DD"/>
    <w:rsid w:val="00CB0664"/>
    <w:rsid w:val="00CD7ED3"/>
    <w:rsid w:val="00D75E18"/>
    <w:rsid w:val="00D938AA"/>
    <w:rsid w:val="00DC6F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9428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5</cp:revision>
  <dcterms:created xsi:type="dcterms:W3CDTF">2026-06-08T11:50:00Z</dcterms:created>
  <dcterms:modified xsi:type="dcterms:W3CDTF">2026-06-08T12:00:00Z</dcterms:modified>
  <cp:category/>
</cp:coreProperties>
</file>