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3A527F34" w:rsidR="00BD1871" w:rsidRPr="009A0437" w:rsidRDefault="00000000" w:rsidP="00A67DDC">
      <w:pPr>
        <w:jc w:val="center"/>
        <w:rPr>
          <w:rFonts w:cs="Arial"/>
          <w:b/>
          <w:sz w:val="32"/>
        </w:rPr>
      </w:pPr>
      <w:r w:rsidRPr="009A0437">
        <w:rPr>
          <w:rFonts w:cs="Arial"/>
          <w:b/>
          <w:sz w:val="32"/>
        </w:rPr>
        <w:t xml:space="preserve">Transcript: Interview with </w:t>
      </w:r>
      <w:bookmarkStart w:id="0" w:name="_Hlk231818656"/>
      <w:proofErr w:type="spellStart"/>
      <w:r w:rsidR="00A67DDC" w:rsidRPr="00A67DDC">
        <w:rPr>
          <w:rFonts w:cs="Arial"/>
          <w:b/>
          <w:sz w:val="32"/>
        </w:rPr>
        <w:t>Šaban</w:t>
      </w:r>
      <w:proofErr w:type="spellEnd"/>
      <w:r w:rsidR="00A67DDC" w:rsidRPr="00A67DDC">
        <w:rPr>
          <w:rFonts w:cs="Arial"/>
          <w:b/>
          <w:sz w:val="32"/>
        </w:rPr>
        <w:t xml:space="preserve"> Alili</w:t>
      </w:r>
      <w:bookmarkEnd w:id="0"/>
    </w:p>
    <w:p w14:paraId="062FD542" w14:textId="1BD56706" w:rsidR="009A0437" w:rsidRPr="00A67DDC" w:rsidRDefault="00A67DDC" w:rsidP="009A0437">
      <w:pPr>
        <w:jc w:val="center"/>
        <w:rPr>
          <w:rFonts w:cs="Arial"/>
          <w:sz w:val="28"/>
          <w:szCs w:val="28"/>
          <w:lang w:val="da-DK"/>
        </w:rPr>
      </w:pPr>
      <w:proofErr w:type="spellStart"/>
      <w:r w:rsidRPr="00A67DDC">
        <w:rPr>
          <w:rFonts w:cs="Arial"/>
          <w:color w:val="000000"/>
          <w:sz w:val="21"/>
          <w:szCs w:val="21"/>
          <w:lang w:val="da-DK"/>
        </w:rPr>
        <w:t>Šaban</w:t>
      </w:r>
      <w:proofErr w:type="spellEnd"/>
      <w:r w:rsidRPr="00A67DDC">
        <w:rPr>
          <w:rFonts w:cs="Arial"/>
          <w:color w:val="000000"/>
          <w:sz w:val="21"/>
          <w:szCs w:val="21"/>
          <w:lang w:val="da-DK"/>
        </w:rPr>
        <w:t xml:space="preserve"> Alili</w:t>
      </w:r>
      <w:r w:rsidR="001F45D4" w:rsidRPr="00A67DDC">
        <w:rPr>
          <w:rFonts w:cs="Arial"/>
          <w:color w:val="000000"/>
          <w:sz w:val="21"/>
          <w:szCs w:val="21"/>
          <w:lang w:val="da-DK"/>
        </w:rPr>
        <w:t xml:space="preserve">, </w:t>
      </w:r>
      <w:proofErr w:type="spellStart"/>
      <w:r w:rsidRPr="00A67DDC">
        <w:rPr>
          <w:rFonts w:cs="Arial"/>
          <w:color w:val="000000"/>
          <w:lang w:val="da-DK"/>
        </w:rPr>
        <w:t>Padinska</w:t>
      </w:r>
      <w:proofErr w:type="spellEnd"/>
      <w:r w:rsidRPr="00A67DDC">
        <w:rPr>
          <w:rFonts w:cs="Arial"/>
          <w:color w:val="000000"/>
          <w:lang w:val="da-DK"/>
        </w:rPr>
        <w:t xml:space="preserve"> </w:t>
      </w:r>
      <w:proofErr w:type="spellStart"/>
      <w:r w:rsidRPr="00A67DDC">
        <w:rPr>
          <w:rFonts w:cs="Arial"/>
          <w:color w:val="000000"/>
          <w:lang w:val="da-DK"/>
        </w:rPr>
        <w:t>skela</w:t>
      </w:r>
      <w:proofErr w:type="spellEnd"/>
      <w:r w:rsidRPr="00A67DDC">
        <w:rPr>
          <w:rFonts w:cs="Arial"/>
          <w:color w:val="000000"/>
          <w:lang w:val="da-DK"/>
        </w:rPr>
        <w:t xml:space="preserve">, </w:t>
      </w:r>
      <w:proofErr w:type="spellStart"/>
      <w:r w:rsidRPr="00A67DDC">
        <w:rPr>
          <w:rFonts w:cs="Arial"/>
          <w:color w:val="000000"/>
          <w:lang w:val="da-DK"/>
        </w:rPr>
        <w:t>Belgrade</w:t>
      </w:r>
      <w:proofErr w:type="spellEnd"/>
      <w:r w:rsidRPr="00A67DDC">
        <w:rPr>
          <w:rFonts w:cs="Arial"/>
          <w:color w:val="000000"/>
          <w:lang w:val="da-DK"/>
        </w:rPr>
        <w:t xml:space="preserve"> </w:t>
      </w:r>
      <w:proofErr w:type="spellStart"/>
      <w:r w:rsidRPr="00A67DDC">
        <w:rPr>
          <w:rFonts w:cs="Arial"/>
          <w:color w:val="000000"/>
          <w:lang w:val="da-DK"/>
        </w:rPr>
        <w:t>suburb</w:t>
      </w:r>
      <w:proofErr w:type="spellEnd"/>
      <w:r w:rsidRPr="00A67DDC">
        <w:rPr>
          <w:rFonts w:cs="Arial"/>
          <w:color w:val="000000"/>
          <w:lang w:val="da-DK"/>
        </w:rPr>
        <w:t xml:space="preserve">, </w:t>
      </w:r>
      <w:proofErr w:type="spellStart"/>
      <w:r w:rsidRPr="00A67DDC">
        <w:rPr>
          <w:rFonts w:cs="Arial"/>
          <w:color w:val="000000"/>
          <w:lang w:val="da-DK"/>
        </w:rPr>
        <w:t>Serbia</w:t>
      </w:r>
      <w:proofErr w:type="spellEnd"/>
      <w:r w:rsidRPr="00A67DDC">
        <w:rPr>
          <w:rFonts w:cs="Arial"/>
          <w:color w:val="000000"/>
          <w:lang w:val="da-DK"/>
        </w:rPr>
        <w:t>, 2025</w:t>
      </w:r>
    </w:p>
    <w:p w14:paraId="35F8334D" w14:textId="77777777" w:rsidR="00BD1871" w:rsidRPr="009A0437" w:rsidRDefault="00000000" w:rsidP="009A0437">
      <w:pPr>
        <w:jc w:val="center"/>
        <w:rPr>
          <w:rFonts w:cs="Arial"/>
        </w:rPr>
      </w:pPr>
      <w:r w:rsidRPr="009A0437">
        <w:rPr>
          <w:rFonts w:cs="Arial"/>
          <w:i/>
        </w:rPr>
        <w:t>Roma Soul Food project</w:t>
      </w:r>
    </w:p>
    <w:p w14:paraId="1A0F0D0F" w14:textId="2943A134" w:rsidR="00BD1871" w:rsidRDefault="00BD1871">
      <w:pPr>
        <w:pStyle w:val="SpeakerPara"/>
        <w:rPr>
          <w:rFonts w:cs="Arial"/>
        </w:rPr>
      </w:pPr>
    </w:p>
    <w:p w14:paraId="266ADCD1" w14:textId="77777777" w:rsidR="00A67DDC" w:rsidRDefault="00A67DDC" w:rsidP="00A67DDC">
      <w:pPr>
        <w:spacing w:line="259" w:lineRule="auto"/>
      </w:pPr>
      <w:r>
        <w:rPr>
          <w:b/>
        </w:rPr>
        <w:t xml:space="preserve">Interviewer: </w:t>
      </w:r>
      <w:proofErr w:type="spellStart"/>
      <w:r>
        <w:t>Šaban</w:t>
      </w:r>
      <w:proofErr w:type="spellEnd"/>
      <w:r>
        <w:t>, thank you for having us here on this beautiful sunny day. Please introduce yourself to our guests from Thessaly, in connection with the research of the Roma Soul Food project. Who are you, what is your name, and what would you like to say about yourself to begin with?</w:t>
      </w:r>
    </w:p>
    <w:p w14:paraId="6CA5F239" w14:textId="77777777" w:rsidR="00A67DDC" w:rsidRDefault="00A67DDC" w:rsidP="00A67DDC">
      <w:pPr>
        <w:spacing w:line="259" w:lineRule="auto"/>
      </w:pPr>
      <w:r>
        <w:rPr>
          <w:b/>
        </w:rPr>
        <w:t xml:space="preserve">Interviewee: </w:t>
      </w:r>
      <w:r>
        <w:t xml:space="preserve">My name is </w:t>
      </w:r>
      <w:proofErr w:type="spellStart"/>
      <w:r>
        <w:t>Šaban</w:t>
      </w:r>
      <w:proofErr w:type="spellEnd"/>
      <w:r>
        <w:t xml:space="preserve">, from </w:t>
      </w:r>
      <w:proofErr w:type="spellStart"/>
      <w:r>
        <w:t>Padinska</w:t>
      </w:r>
      <w:proofErr w:type="spellEnd"/>
      <w:r>
        <w:t xml:space="preserve"> </w:t>
      </w:r>
      <w:proofErr w:type="spellStart"/>
      <w:r>
        <w:t>Skela</w:t>
      </w:r>
      <w:proofErr w:type="spellEnd"/>
      <w:r>
        <w:t>. We can talk about cooking.</w:t>
      </w:r>
    </w:p>
    <w:p w14:paraId="354A6CAB" w14:textId="77777777" w:rsidR="00A67DDC" w:rsidRDefault="00A67DDC" w:rsidP="00A67DDC">
      <w:pPr>
        <w:spacing w:line="259" w:lineRule="auto"/>
      </w:pPr>
      <w:r>
        <w:rPr>
          <w:b/>
        </w:rPr>
        <w:t xml:space="preserve">Interviewer: </w:t>
      </w:r>
      <w:r>
        <w:t>Growing up, what are your first memories of food?</w:t>
      </w:r>
    </w:p>
    <w:p w14:paraId="0337AE9F" w14:textId="77777777" w:rsidR="00A67DDC" w:rsidRDefault="00A67DDC" w:rsidP="00A67DDC">
      <w:pPr>
        <w:spacing w:line="259" w:lineRule="auto"/>
      </w:pPr>
      <w:r>
        <w:rPr>
          <w:b/>
        </w:rPr>
        <w:t xml:space="preserve">Interviewee: </w:t>
      </w:r>
      <w:r>
        <w:t>I ate mashed potatoes and semolina.</w:t>
      </w:r>
    </w:p>
    <w:p w14:paraId="0A32BCB7" w14:textId="77777777" w:rsidR="00A67DDC" w:rsidRDefault="00A67DDC" w:rsidP="00A67DDC">
      <w:pPr>
        <w:spacing w:line="259" w:lineRule="auto"/>
      </w:pPr>
      <w:r>
        <w:rPr>
          <w:b/>
        </w:rPr>
        <w:t xml:space="preserve">Interviewer: </w:t>
      </w:r>
      <w:r>
        <w:t>And later, when you were young and growing up in school?</w:t>
      </w:r>
    </w:p>
    <w:p w14:paraId="577E7FBD" w14:textId="77777777" w:rsidR="00A67DDC" w:rsidRDefault="00A67DDC" w:rsidP="00A67DDC">
      <w:pPr>
        <w:spacing w:line="259" w:lineRule="auto"/>
      </w:pPr>
      <w:r>
        <w:rPr>
          <w:b/>
        </w:rPr>
        <w:t xml:space="preserve">Interviewee: </w:t>
      </w:r>
      <w:r>
        <w:t>Well, you ate everything. You ate what you had; you could not eat what you did not have.</w:t>
      </w:r>
    </w:p>
    <w:p w14:paraId="2AF75C87" w14:textId="77777777" w:rsidR="00A67DDC" w:rsidRDefault="00A67DDC" w:rsidP="00A67DDC">
      <w:pPr>
        <w:spacing w:line="259" w:lineRule="auto"/>
      </w:pPr>
      <w:r>
        <w:rPr>
          <w:b/>
        </w:rPr>
        <w:t xml:space="preserve">Interviewer: </w:t>
      </w:r>
      <w:r>
        <w:t>What was the most common food in the 1990s and 2000s?</w:t>
      </w:r>
    </w:p>
    <w:p w14:paraId="6EA580A8" w14:textId="77777777" w:rsidR="00A67DDC" w:rsidRDefault="00A67DDC" w:rsidP="00A67DDC">
      <w:pPr>
        <w:spacing w:line="259" w:lineRule="auto"/>
      </w:pPr>
      <w:r>
        <w:rPr>
          <w:b/>
        </w:rPr>
        <w:t xml:space="preserve">Interviewee: </w:t>
      </w:r>
      <w:r>
        <w:t>Beans, potatoes, rice, meat.</w:t>
      </w:r>
    </w:p>
    <w:p w14:paraId="5E459029" w14:textId="77777777" w:rsidR="00A67DDC" w:rsidRDefault="00A67DDC" w:rsidP="00A67DDC">
      <w:pPr>
        <w:spacing w:line="259" w:lineRule="auto"/>
      </w:pPr>
      <w:r>
        <w:rPr>
          <w:b/>
        </w:rPr>
        <w:t xml:space="preserve">Interviewer: </w:t>
      </w:r>
      <w:r>
        <w:t>Do you remember what was particularly important, and what is important now when there are celebrations? What is prepared?</w:t>
      </w:r>
    </w:p>
    <w:p w14:paraId="2DB85AB9" w14:textId="77777777" w:rsidR="00A67DDC" w:rsidRDefault="00A67DDC" w:rsidP="00A67DDC">
      <w:pPr>
        <w:spacing w:line="259" w:lineRule="auto"/>
      </w:pPr>
      <w:r>
        <w:rPr>
          <w:b/>
        </w:rPr>
        <w:t xml:space="preserve">Interviewee: </w:t>
      </w:r>
      <w:r>
        <w:t xml:space="preserve">Meat, salad, cakes, baklava, lamb prepared on the grill. We also prepare </w:t>
      </w:r>
      <w:proofErr w:type="spellStart"/>
      <w:r>
        <w:t>sarma</w:t>
      </w:r>
      <w:proofErr w:type="spellEnd"/>
      <w:r>
        <w:t xml:space="preserve"> and stuffed peppers. What you have is what you prepare.</w:t>
      </w:r>
    </w:p>
    <w:p w14:paraId="147D3F48" w14:textId="77777777" w:rsidR="00A67DDC" w:rsidRDefault="00A67DDC" w:rsidP="00A67DDC">
      <w:pPr>
        <w:spacing w:line="259" w:lineRule="auto"/>
      </w:pPr>
      <w:r>
        <w:rPr>
          <w:b/>
        </w:rPr>
        <w:t xml:space="preserve">Interviewer: </w:t>
      </w:r>
      <w:r>
        <w:t>When it is the season for certain foods, what do you prepare? I see you have prepared cabbage.</w:t>
      </w:r>
    </w:p>
    <w:p w14:paraId="23F158FE" w14:textId="77777777" w:rsidR="00A67DDC" w:rsidRDefault="00A67DDC" w:rsidP="00A67DDC">
      <w:pPr>
        <w:spacing w:line="259" w:lineRule="auto"/>
      </w:pPr>
      <w:r>
        <w:rPr>
          <w:b/>
        </w:rPr>
        <w:t xml:space="preserve">Interviewee: </w:t>
      </w:r>
      <w:r>
        <w:t xml:space="preserve">Yes. We prepare cabbage for the winter, so that we can prepare </w:t>
      </w:r>
      <w:proofErr w:type="spellStart"/>
      <w:r>
        <w:t>sarma</w:t>
      </w:r>
      <w:proofErr w:type="spellEnd"/>
      <w:r>
        <w:t>.</w:t>
      </w:r>
    </w:p>
    <w:p w14:paraId="7CEFC5B6" w14:textId="77777777" w:rsidR="00A67DDC" w:rsidRDefault="00A67DDC" w:rsidP="00A67DDC">
      <w:pPr>
        <w:spacing w:line="259" w:lineRule="auto"/>
      </w:pPr>
      <w:r>
        <w:rPr>
          <w:b/>
        </w:rPr>
        <w:t xml:space="preserve">Interviewer: </w:t>
      </w:r>
      <w:r>
        <w:t>Do you remember what music accompanies the preparation of food? Is music important when food is being prepared? Do you sing, or do you play music?</w:t>
      </w:r>
    </w:p>
    <w:p w14:paraId="1580D539" w14:textId="77777777" w:rsidR="00A67DDC" w:rsidRDefault="00A67DDC" w:rsidP="00A67DDC">
      <w:pPr>
        <w:spacing w:line="259" w:lineRule="auto"/>
      </w:pPr>
      <w:r>
        <w:rPr>
          <w:b/>
        </w:rPr>
        <w:t xml:space="preserve">Interviewee: </w:t>
      </w:r>
      <w:r>
        <w:t>We play music. You play whatever music you like. We listen to Erdžan, '</w:t>
      </w:r>
      <w:proofErr w:type="spellStart"/>
      <w:r>
        <w:t>Džemajlje</w:t>
      </w:r>
      <w:proofErr w:type="spellEnd"/>
      <w:r>
        <w:t>'; that is our favorite song.</w:t>
      </w:r>
    </w:p>
    <w:p w14:paraId="0A80BA29" w14:textId="77777777" w:rsidR="00A67DDC" w:rsidRDefault="00A67DDC" w:rsidP="00A67DDC">
      <w:pPr>
        <w:spacing w:line="259" w:lineRule="auto"/>
      </w:pPr>
      <w:r>
        <w:rPr>
          <w:b/>
        </w:rPr>
        <w:t xml:space="preserve">Interviewer: </w:t>
      </w:r>
      <w:proofErr w:type="spellStart"/>
      <w:r>
        <w:t>Erdžan</w:t>
      </w:r>
      <w:proofErr w:type="spellEnd"/>
      <w:r>
        <w:t>, '</w:t>
      </w:r>
      <w:proofErr w:type="spellStart"/>
      <w:r>
        <w:t>Džemajlje</w:t>
      </w:r>
      <w:proofErr w:type="spellEnd"/>
      <w:r>
        <w:t>'?</w:t>
      </w:r>
    </w:p>
    <w:p w14:paraId="07727131" w14:textId="77777777" w:rsidR="00A67DDC" w:rsidRDefault="00A67DDC" w:rsidP="00A67DDC">
      <w:pPr>
        <w:spacing w:line="259" w:lineRule="auto"/>
      </w:pPr>
      <w:r>
        <w:rPr>
          <w:b/>
        </w:rPr>
        <w:t xml:space="preserve">Interviewee: </w:t>
      </w:r>
      <w:r>
        <w:t>Yes.</w:t>
      </w:r>
    </w:p>
    <w:p w14:paraId="4C6D246A" w14:textId="77777777" w:rsidR="00A67DDC" w:rsidRDefault="00A67DDC" w:rsidP="00A67DDC">
      <w:pPr>
        <w:spacing w:line="259" w:lineRule="auto"/>
      </w:pPr>
      <w:r>
        <w:rPr>
          <w:b/>
        </w:rPr>
        <w:t xml:space="preserve">Interviewer: </w:t>
      </w:r>
      <w:r>
        <w:t>What memories are connected to music and food for you? And what are some of your favorite foods? You can also say the names in Romani.</w:t>
      </w:r>
    </w:p>
    <w:p w14:paraId="121AD884" w14:textId="77777777" w:rsidR="00A67DDC" w:rsidRDefault="00A67DDC" w:rsidP="00A67DDC">
      <w:pPr>
        <w:spacing w:line="259" w:lineRule="auto"/>
      </w:pPr>
      <w:r>
        <w:rPr>
          <w:b/>
        </w:rPr>
        <w:t xml:space="preserve">Interviewee: </w:t>
      </w:r>
      <w:r>
        <w:t xml:space="preserve">Amen ha mas. Mas means meat. </w:t>
      </w:r>
      <w:proofErr w:type="spellStart"/>
      <w:r>
        <w:t>Bakrano</w:t>
      </w:r>
      <w:proofErr w:type="spellEnd"/>
      <w:r>
        <w:t xml:space="preserve"> means lamb. Salad, beef salad, beef, cabbage - whatever you have, you eat.</w:t>
      </w:r>
    </w:p>
    <w:p w14:paraId="2AF109E9" w14:textId="77777777" w:rsidR="00A67DDC" w:rsidRDefault="00A67DDC" w:rsidP="00A67DDC">
      <w:pPr>
        <w:spacing w:line="259" w:lineRule="auto"/>
      </w:pPr>
      <w:r>
        <w:rPr>
          <w:b/>
        </w:rPr>
        <w:t xml:space="preserve">Interviewer: </w:t>
      </w:r>
      <w:r>
        <w:t>Is there any special food for sad moments? What is eaten when there is a funeral, when we say goodbye to someone? Are there specific rituals?</w:t>
      </w:r>
    </w:p>
    <w:p w14:paraId="7C15EDD5" w14:textId="77777777" w:rsidR="00A67DDC" w:rsidRDefault="00A67DDC" w:rsidP="00A67DDC">
      <w:pPr>
        <w:spacing w:line="259" w:lineRule="auto"/>
      </w:pPr>
      <w:r>
        <w:rPr>
          <w:b/>
        </w:rPr>
        <w:t xml:space="preserve">Interviewee: </w:t>
      </w:r>
      <w:r>
        <w:t xml:space="preserve">We prepare cheese pie or gibanica, halva, </w:t>
      </w:r>
      <w:proofErr w:type="gramStart"/>
      <w:r>
        <w:t>baklava</w:t>
      </w:r>
      <w:proofErr w:type="gramEnd"/>
      <w:r>
        <w:t xml:space="preserve"> and goulash. We also prepare and give fruit.</w:t>
      </w:r>
    </w:p>
    <w:p w14:paraId="7051FB70" w14:textId="77777777" w:rsidR="00A67DDC" w:rsidRDefault="00A67DDC" w:rsidP="00A67DDC">
      <w:pPr>
        <w:spacing w:line="259" w:lineRule="auto"/>
      </w:pPr>
      <w:r>
        <w:rPr>
          <w:b/>
        </w:rPr>
        <w:lastRenderedPageBreak/>
        <w:t xml:space="preserve">Interviewer: </w:t>
      </w:r>
      <w:r>
        <w:t>In Greece, for example, people leave something sweet on the grave. Do you leave anything?</w:t>
      </w:r>
    </w:p>
    <w:p w14:paraId="1427E9A8" w14:textId="77777777" w:rsidR="00A67DDC" w:rsidRDefault="00A67DDC" w:rsidP="00A67DDC">
      <w:pPr>
        <w:spacing w:line="259" w:lineRule="auto"/>
      </w:pPr>
      <w:r>
        <w:rPr>
          <w:b/>
        </w:rPr>
        <w:t xml:space="preserve">Interviewee: </w:t>
      </w:r>
      <w:r>
        <w:t>No, we do not leave anything. After three days, we go to pour water. For three days, the women pour water, and that is how we say goodbye.</w:t>
      </w:r>
    </w:p>
    <w:p w14:paraId="5A3B9025" w14:textId="77777777" w:rsidR="00A67DDC" w:rsidRDefault="00A67DDC" w:rsidP="00A67DDC">
      <w:pPr>
        <w:spacing w:line="259" w:lineRule="auto"/>
      </w:pPr>
      <w:r>
        <w:rPr>
          <w:b/>
        </w:rPr>
        <w:t xml:space="preserve">Interviewer: </w:t>
      </w:r>
      <w:r>
        <w:t>What is your favorite food? Are there dishes you like to cook?</w:t>
      </w:r>
    </w:p>
    <w:p w14:paraId="3A15CB89" w14:textId="77777777" w:rsidR="00A67DDC" w:rsidRDefault="00A67DDC" w:rsidP="00A67DDC">
      <w:pPr>
        <w:spacing w:line="259" w:lineRule="auto"/>
      </w:pPr>
      <w:r>
        <w:rPr>
          <w:b/>
        </w:rPr>
        <w:t xml:space="preserve">Interviewee: </w:t>
      </w:r>
      <w:r>
        <w:t xml:space="preserve">I prepare goulash, stew, cabbage, pickled </w:t>
      </w:r>
      <w:proofErr w:type="gramStart"/>
      <w:r>
        <w:t>vegetables</w:t>
      </w:r>
      <w:proofErr w:type="gramEnd"/>
      <w:r>
        <w:t xml:space="preserve"> and beans.</w:t>
      </w:r>
    </w:p>
    <w:p w14:paraId="712E166A" w14:textId="77777777" w:rsidR="00A67DDC" w:rsidRDefault="00A67DDC" w:rsidP="00A67DDC">
      <w:pPr>
        <w:spacing w:line="259" w:lineRule="auto"/>
      </w:pPr>
      <w:r>
        <w:rPr>
          <w:b/>
        </w:rPr>
        <w:t xml:space="preserve">Interviewer: </w:t>
      </w:r>
      <w:r>
        <w:t>Are those your specialties?</w:t>
      </w:r>
    </w:p>
    <w:p w14:paraId="101EE3EF" w14:textId="77777777" w:rsidR="00A67DDC" w:rsidRDefault="00A67DDC" w:rsidP="00A67DDC">
      <w:pPr>
        <w:spacing w:line="259" w:lineRule="auto"/>
      </w:pPr>
      <w:r>
        <w:rPr>
          <w:b/>
        </w:rPr>
        <w:t xml:space="preserve">Interviewee: </w:t>
      </w:r>
      <w:r>
        <w:t>Yes.</w:t>
      </w:r>
    </w:p>
    <w:p w14:paraId="0C1B123B" w14:textId="77777777" w:rsidR="00A67DDC" w:rsidRDefault="00A67DDC" w:rsidP="00A67DDC">
      <w:pPr>
        <w:spacing w:line="259" w:lineRule="auto"/>
      </w:pPr>
      <w:r>
        <w:rPr>
          <w:b/>
        </w:rPr>
        <w:t xml:space="preserve">Interviewer: </w:t>
      </w:r>
      <w:r>
        <w:t>Are there dishes that men prepare themselves, or that men prepare better? Is there a division?</w:t>
      </w:r>
    </w:p>
    <w:p w14:paraId="05972313" w14:textId="77777777" w:rsidR="00A67DDC" w:rsidRDefault="00A67DDC" w:rsidP="00A67DDC">
      <w:pPr>
        <w:spacing w:line="259" w:lineRule="auto"/>
      </w:pPr>
      <w:r>
        <w:rPr>
          <w:b/>
        </w:rPr>
        <w:t xml:space="preserve">Interviewee: </w:t>
      </w:r>
      <w:r>
        <w:t>There is. It depends on the man. There are men who cook better than women.</w:t>
      </w:r>
    </w:p>
    <w:p w14:paraId="122947E0" w14:textId="77777777" w:rsidR="00A67DDC" w:rsidRDefault="00A67DDC" w:rsidP="00A67DDC">
      <w:pPr>
        <w:spacing w:line="259" w:lineRule="auto"/>
      </w:pPr>
      <w:r>
        <w:rPr>
          <w:b/>
        </w:rPr>
        <w:t xml:space="preserve">Interviewer: </w:t>
      </w:r>
      <w:r>
        <w:t>Is there something that is only for men, something a woman should not or cannot do?</w:t>
      </w:r>
    </w:p>
    <w:p w14:paraId="54B72A26" w14:textId="77777777" w:rsidR="00A67DDC" w:rsidRDefault="00A67DDC" w:rsidP="00A67DDC">
      <w:pPr>
        <w:spacing w:line="259" w:lineRule="auto"/>
      </w:pPr>
      <w:r>
        <w:rPr>
          <w:b/>
        </w:rPr>
        <w:t xml:space="preserve">Interviewee: </w:t>
      </w:r>
      <w:r>
        <w:t>You know what: it is better when a woman prepares food. She has golden hands when preparing tastier dishes. A man does prepare food, but when a woman prepares it, it should be tasty.</w:t>
      </w:r>
    </w:p>
    <w:p w14:paraId="11D8E27A" w14:textId="77777777" w:rsidR="00A67DDC" w:rsidRDefault="00A67DDC" w:rsidP="00A67DDC">
      <w:pPr>
        <w:spacing w:line="259" w:lineRule="auto"/>
      </w:pPr>
      <w:r>
        <w:rPr>
          <w:b/>
        </w:rPr>
        <w:t xml:space="preserve">Interviewer: </w:t>
      </w:r>
      <w:r>
        <w:t>What is a song you remember from your childhood, something that stayed in your ears as especially beloved?</w:t>
      </w:r>
    </w:p>
    <w:p w14:paraId="487520A9" w14:textId="77777777" w:rsidR="00A67DDC" w:rsidRDefault="00A67DDC" w:rsidP="00A67DDC">
      <w:pPr>
        <w:spacing w:line="259" w:lineRule="auto"/>
      </w:pPr>
      <w:r>
        <w:rPr>
          <w:b/>
        </w:rPr>
        <w:t xml:space="preserve">Interviewee: </w:t>
      </w:r>
      <w:r>
        <w:t xml:space="preserve">From </w:t>
      </w:r>
      <w:proofErr w:type="spellStart"/>
      <w:r>
        <w:t>Šaban</w:t>
      </w:r>
      <w:proofErr w:type="spellEnd"/>
      <w:r>
        <w:t xml:space="preserve"> Bajramović, '</w:t>
      </w:r>
      <w:proofErr w:type="spellStart"/>
      <w:r>
        <w:t>Geljan</w:t>
      </w:r>
      <w:proofErr w:type="spellEnd"/>
      <w:r>
        <w:t xml:space="preserve"> </w:t>
      </w:r>
      <w:proofErr w:type="spellStart"/>
      <w:r>
        <w:t>dade</w:t>
      </w:r>
      <w:proofErr w:type="spellEnd"/>
      <w:r>
        <w:t xml:space="preserve"> </w:t>
      </w:r>
      <w:proofErr w:type="spellStart"/>
      <w:r>
        <w:t>dudureste</w:t>
      </w:r>
      <w:proofErr w:type="spellEnd"/>
      <w:r>
        <w:t xml:space="preserve">'. I do not know how to sing it, but I listen to that song. It was </w:t>
      </w:r>
      <w:proofErr w:type="spellStart"/>
      <w:r>
        <w:t>Šaban</w:t>
      </w:r>
      <w:proofErr w:type="spellEnd"/>
      <w:r>
        <w:t xml:space="preserve"> Bajramović before. I bear his name, do I not? I do not know how to sing that song.</w:t>
      </w:r>
    </w:p>
    <w:p w14:paraId="5072D207" w14:textId="77777777" w:rsidR="00A67DDC" w:rsidRDefault="00A67DDC" w:rsidP="00A67DDC">
      <w:pPr>
        <w:spacing w:line="259" w:lineRule="auto"/>
      </w:pPr>
      <w:r>
        <w:rPr>
          <w:b/>
        </w:rPr>
        <w:t xml:space="preserve">Interviewer: </w:t>
      </w:r>
      <w:r>
        <w:t xml:space="preserve">Can you name another dish, not only the word for meat in Romani, but a specialty that people outside </w:t>
      </w:r>
      <w:proofErr w:type="spellStart"/>
      <w:r>
        <w:t>Padinska</w:t>
      </w:r>
      <w:proofErr w:type="spellEnd"/>
      <w:r>
        <w:t xml:space="preserve"> </w:t>
      </w:r>
      <w:proofErr w:type="spellStart"/>
      <w:r>
        <w:t>Skela</w:t>
      </w:r>
      <w:proofErr w:type="spellEnd"/>
      <w:r>
        <w:t xml:space="preserve"> might not know?</w:t>
      </w:r>
    </w:p>
    <w:p w14:paraId="5FF04031" w14:textId="77777777" w:rsidR="00A67DDC" w:rsidRDefault="00A67DDC" w:rsidP="00A67DDC">
      <w:pPr>
        <w:spacing w:line="259" w:lineRule="auto"/>
      </w:pPr>
      <w:r>
        <w:rPr>
          <w:b/>
        </w:rPr>
        <w:t xml:space="preserve">Interviewee: </w:t>
      </w:r>
      <w:r>
        <w:t xml:space="preserve">We fry peppers and add sour cream. We also make paprika, </w:t>
      </w:r>
      <w:proofErr w:type="spellStart"/>
      <w:r>
        <w:t>pinđur</w:t>
      </w:r>
      <w:proofErr w:type="spellEnd"/>
      <w:r>
        <w:t xml:space="preserve"> and </w:t>
      </w:r>
      <w:proofErr w:type="spellStart"/>
      <w:r>
        <w:t>ajvar</w:t>
      </w:r>
      <w:proofErr w:type="spellEnd"/>
      <w:r>
        <w:t>.</w:t>
      </w:r>
    </w:p>
    <w:p w14:paraId="1EDB75FD" w14:textId="77777777" w:rsidR="00A67DDC" w:rsidRDefault="00A67DDC" w:rsidP="00A67DDC">
      <w:pPr>
        <w:spacing w:line="259" w:lineRule="auto"/>
      </w:pPr>
      <w:r>
        <w:rPr>
          <w:b/>
        </w:rPr>
        <w:t xml:space="preserve">Interviewer: </w:t>
      </w:r>
      <w:r>
        <w:t xml:space="preserve">Now that it is winter, </w:t>
      </w:r>
      <w:proofErr w:type="spellStart"/>
      <w:r>
        <w:t>sarma</w:t>
      </w:r>
      <w:proofErr w:type="spellEnd"/>
      <w:r>
        <w:t xml:space="preserve"> is prepared. When do people start preparing more food outside again?</w:t>
      </w:r>
    </w:p>
    <w:p w14:paraId="644A2ABF" w14:textId="77777777" w:rsidR="00A67DDC" w:rsidRDefault="00A67DDC" w:rsidP="00A67DDC">
      <w:pPr>
        <w:spacing w:line="259" w:lineRule="auto"/>
      </w:pPr>
      <w:r>
        <w:rPr>
          <w:b/>
        </w:rPr>
        <w:t xml:space="preserve">Interviewee: </w:t>
      </w:r>
      <w:r>
        <w:t>Mostly salad, green salad. We cannot live without meat. Meat is constant.</w:t>
      </w:r>
    </w:p>
    <w:p w14:paraId="0C56D84D" w14:textId="77777777" w:rsidR="00A67DDC" w:rsidRDefault="00A67DDC" w:rsidP="00A67DDC">
      <w:pPr>
        <w:spacing w:line="259" w:lineRule="auto"/>
      </w:pPr>
      <w:r>
        <w:rPr>
          <w:b/>
        </w:rPr>
        <w:t xml:space="preserve">Interviewer: </w:t>
      </w:r>
      <w:r>
        <w:t>Which meat do you like most?</w:t>
      </w:r>
    </w:p>
    <w:p w14:paraId="7AB4BF8F" w14:textId="77777777" w:rsidR="00A67DDC" w:rsidRDefault="00A67DDC" w:rsidP="00A67DDC">
      <w:pPr>
        <w:spacing w:line="259" w:lineRule="auto"/>
      </w:pPr>
      <w:r>
        <w:rPr>
          <w:b/>
        </w:rPr>
        <w:t xml:space="preserve">Interviewee: </w:t>
      </w:r>
      <w:r>
        <w:t xml:space="preserve">Lamb. Lamb is the best. Grilled, on charcoal. We also prepare meat under the </w:t>
      </w:r>
      <w:proofErr w:type="spellStart"/>
      <w:r>
        <w:t>sač</w:t>
      </w:r>
      <w:proofErr w:type="spellEnd"/>
      <w:r>
        <w:t>.</w:t>
      </w:r>
    </w:p>
    <w:p w14:paraId="0325DCFF" w14:textId="77777777" w:rsidR="00A67DDC" w:rsidRDefault="00A67DDC" w:rsidP="00A67DDC">
      <w:pPr>
        <w:spacing w:line="259" w:lineRule="auto"/>
      </w:pPr>
      <w:r>
        <w:rPr>
          <w:b/>
        </w:rPr>
        <w:t xml:space="preserve">Interviewer: </w:t>
      </w:r>
      <w:proofErr w:type="spellStart"/>
      <w:r>
        <w:t>Šaban</w:t>
      </w:r>
      <w:proofErr w:type="spellEnd"/>
      <w:r>
        <w:t xml:space="preserve">, thank you very much. Is there anything else you can think of, your favorite childhood memories connected to food and music in </w:t>
      </w:r>
      <w:proofErr w:type="spellStart"/>
      <w:r>
        <w:t>Padinska</w:t>
      </w:r>
      <w:proofErr w:type="spellEnd"/>
      <w:r>
        <w:t xml:space="preserve"> </w:t>
      </w:r>
      <w:proofErr w:type="spellStart"/>
      <w:r>
        <w:t>Skela</w:t>
      </w:r>
      <w:proofErr w:type="spellEnd"/>
      <w:r>
        <w:t>?</w:t>
      </w:r>
    </w:p>
    <w:p w14:paraId="5E9BC27B" w14:textId="77777777" w:rsidR="00A67DDC" w:rsidRDefault="00A67DDC" w:rsidP="00A67DDC">
      <w:pPr>
        <w:spacing w:line="259" w:lineRule="auto"/>
      </w:pPr>
      <w:r>
        <w:rPr>
          <w:b/>
        </w:rPr>
        <w:t xml:space="preserve">Interviewee: </w:t>
      </w:r>
      <w:r>
        <w:t>I liked music more than food. I was more into music and dancing. Food was modest.</w:t>
      </w:r>
    </w:p>
    <w:p w14:paraId="1880CA18" w14:textId="77777777" w:rsidR="00A67DDC" w:rsidRDefault="00A67DDC" w:rsidP="00A67DDC">
      <w:pPr>
        <w:spacing w:line="259" w:lineRule="auto"/>
      </w:pPr>
      <w:r>
        <w:rPr>
          <w:b/>
        </w:rPr>
        <w:t xml:space="preserve">Interviewer: </w:t>
      </w:r>
      <w:r>
        <w:t>In terms of music, what was the main thing?</w:t>
      </w:r>
    </w:p>
    <w:p w14:paraId="1FD5CA4B" w14:textId="77777777" w:rsidR="00A67DDC" w:rsidRDefault="00A67DDC" w:rsidP="00A67DDC">
      <w:pPr>
        <w:spacing w:line="259" w:lineRule="auto"/>
      </w:pPr>
      <w:r>
        <w:rPr>
          <w:b/>
        </w:rPr>
        <w:t xml:space="preserve">Interviewee: </w:t>
      </w:r>
      <w:r>
        <w:t>The best men sang. It was not only music, it was singing. When we got married, the best men sang. When we came home, there was live singing.</w:t>
      </w:r>
    </w:p>
    <w:p w14:paraId="67BE7556" w14:textId="77777777" w:rsidR="00A67DDC" w:rsidRDefault="00A67DDC" w:rsidP="00A67DDC">
      <w:pPr>
        <w:spacing w:line="259" w:lineRule="auto"/>
      </w:pPr>
      <w:r>
        <w:rPr>
          <w:b/>
        </w:rPr>
        <w:t xml:space="preserve">Interviewer: </w:t>
      </w:r>
      <w:r>
        <w:t xml:space="preserve">Thank you very much, </w:t>
      </w:r>
      <w:proofErr w:type="spellStart"/>
      <w:r>
        <w:t>Šaban</w:t>
      </w:r>
      <w:proofErr w:type="spellEnd"/>
      <w:r>
        <w:t>.</w:t>
      </w:r>
    </w:p>
    <w:p w14:paraId="10A85922" w14:textId="77777777" w:rsidR="00A67DDC" w:rsidRDefault="00A67DDC" w:rsidP="00A67DDC">
      <w:pPr>
        <w:spacing w:line="259" w:lineRule="auto"/>
      </w:pPr>
      <w:r>
        <w:rPr>
          <w:b/>
        </w:rPr>
        <w:t xml:space="preserve">Interviewee: </w:t>
      </w:r>
      <w:r>
        <w:t>Thank you too.</w:t>
      </w:r>
    </w:p>
    <w:p w14:paraId="25702E9E" w14:textId="77777777" w:rsidR="00A67DDC" w:rsidRDefault="00A67DDC" w:rsidP="00A67DDC">
      <w:pPr>
        <w:spacing w:line="259" w:lineRule="auto"/>
      </w:pPr>
      <w:r>
        <w:rPr>
          <w:b/>
        </w:rPr>
        <w:t xml:space="preserve">Interviewer: </w:t>
      </w:r>
      <w:r>
        <w:t>What would you prefer to tell us about how you cook: grill or barbecue? We will post it as a recipe.</w:t>
      </w:r>
    </w:p>
    <w:p w14:paraId="5BB91EE4" w14:textId="77777777" w:rsidR="00A67DDC" w:rsidRDefault="00A67DDC" w:rsidP="00A67DDC">
      <w:pPr>
        <w:spacing w:line="259" w:lineRule="auto"/>
      </w:pPr>
      <w:r>
        <w:rPr>
          <w:b/>
        </w:rPr>
        <w:t xml:space="preserve">Interviewee: </w:t>
      </w:r>
      <w:r>
        <w:t>For example, goulash.</w:t>
      </w:r>
    </w:p>
    <w:p w14:paraId="67E2F335" w14:textId="77777777" w:rsidR="00A67DDC" w:rsidRDefault="00A67DDC" w:rsidP="00A67DDC">
      <w:pPr>
        <w:spacing w:line="259" w:lineRule="auto"/>
      </w:pPr>
      <w:r>
        <w:rPr>
          <w:b/>
        </w:rPr>
        <w:t xml:space="preserve">Interviewer: </w:t>
      </w:r>
      <w:r>
        <w:t>How is goulash prepared?</w:t>
      </w:r>
    </w:p>
    <w:p w14:paraId="0899250E" w14:textId="77777777" w:rsidR="00A67DDC" w:rsidRDefault="00A67DDC" w:rsidP="00A67DDC">
      <w:pPr>
        <w:spacing w:line="259" w:lineRule="auto"/>
      </w:pPr>
      <w:r>
        <w:rPr>
          <w:b/>
        </w:rPr>
        <w:t xml:space="preserve">Interviewee: </w:t>
      </w:r>
      <w:r>
        <w:t xml:space="preserve">I chop and grate the onion, then </w:t>
      </w:r>
      <w:proofErr w:type="spellStart"/>
      <w:r>
        <w:t>saute</w:t>
      </w:r>
      <w:proofErr w:type="spellEnd"/>
      <w:r>
        <w:t xml:space="preserve"> it. I wash and cut the meat and put it in. Then I add the goulash seasoning and let the goulash </w:t>
      </w:r>
      <w:proofErr w:type="spellStart"/>
      <w:r>
        <w:t>saute</w:t>
      </w:r>
      <w:proofErr w:type="spellEnd"/>
      <w:r>
        <w:t xml:space="preserve"> nicely.</w:t>
      </w:r>
    </w:p>
    <w:p w14:paraId="762F33AB" w14:textId="77777777" w:rsidR="00A67DDC" w:rsidRDefault="00A67DDC" w:rsidP="00A67DDC">
      <w:pPr>
        <w:spacing w:line="259" w:lineRule="auto"/>
      </w:pPr>
      <w:r>
        <w:rPr>
          <w:b/>
        </w:rPr>
        <w:t xml:space="preserve">Interviewer: </w:t>
      </w:r>
      <w:r>
        <w:t>How long does it take?</w:t>
      </w:r>
    </w:p>
    <w:p w14:paraId="0BDE200F" w14:textId="77777777" w:rsidR="00A67DDC" w:rsidRDefault="00A67DDC" w:rsidP="00A67DDC">
      <w:pPr>
        <w:spacing w:line="259" w:lineRule="auto"/>
      </w:pPr>
      <w:r>
        <w:rPr>
          <w:b/>
        </w:rPr>
        <w:t xml:space="preserve">Interviewee: </w:t>
      </w:r>
      <w:r>
        <w:t>One or two hours, on a relatively low fire.</w:t>
      </w:r>
    </w:p>
    <w:p w14:paraId="6380995E" w14:textId="77777777" w:rsidR="00A67DDC" w:rsidRDefault="00A67DDC" w:rsidP="00A67DDC">
      <w:pPr>
        <w:spacing w:line="259" w:lineRule="auto"/>
      </w:pPr>
      <w:r>
        <w:rPr>
          <w:b/>
        </w:rPr>
        <w:t xml:space="preserve">Interviewer: </w:t>
      </w:r>
      <w:r>
        <w:t>Any special spices?</w:t>
      </w:r>
    </w:p>
    <w:p w14:paraId="578894A5" w14:textId="77777777" w:rsidR="00A67DDC" w:rsidRDefault="00A67DDC" w:rsidP="00A67DDC">
      <w:pPr>
        <w:spacing w:line="259" w:lineRule="auto"/>
      </w:pPr>
      <w:r>
        <w:rPr>
          <w:b/>
        </w:rPr>
        <w:t xml:space="preserve">Interviewee: </w:t>
      </w:r>
      <w:r>
        <w:t xml:space="preserve">Vegeta, a bag of goulash seasoning, some sauce, pepper, </w:t>
      </w:r>
      <w:proofErr w:type="gramStart"/>
      <w:r>
        <w:t>salt</w:t>
      </w:r>
      <w:proofErr w:type="gramEnd"/>
      <w:r>
        <w:t xml:space="preserve"> and bay leaves. It all works.</w:t>
      </w:r>
    </w:p>
    <w:p w14:paraId="2DBB748E" w14:textId="77777777" w:rsidR="00A67DDC" w:rsidRDefault="00A67DDC" w:rsidP="00A67DDC">
      <w:pPr>
        <w:spacing w:line="259" w:lineRule="auto"/>
      </w:pPr>
      <w:r>
        <w:rPr>
          <w:b/>
        </w:rPr>
        <w:t xml:space="preserve">Interviewer: </w:t>
      </w:r>
      <w:r>
        <w:t xml:space="preserve">And when you prepare meat under the </w:t>
      </w:r>
      <w:proofErr w:type="spellStart"/>
      <w:r>
        <w:t>sač</w:t>
      </w:r>
      <w:proofErr w:type="spellEnd"/>
      <w:r>
        <w:t>, how do you do it?</w:t>
      </w:r>
    </w:p>
    <w:p w14:paraId="0B7333AC" w14:textId="77777777" w:rsidR="00A67DDC" w:rsidRDefault="00A67DDC" w:rsidP="00A67DDC">
      <w:pPr>
        <w:spacing w:line="259" w:lineRule="auto"/>
      </w:pPr>
      <w:r>
        <w:rPr>
          <w:b/>
        </w:rPr>
        <w:t xml:space="preserve">Interviewee: </w:t>
      </w:r>
      <w:r>
        <w:t>I put the fire under the coals, the pan, the meat, and cover it. It stews like that.</w:t>
      </w:r>
    </w:p>
    <w:p w14:paraId="5D91F6EB" w14:textId="77777777" w:rsidR="00A67DDC" w:rsidRDefault="00A67DDC" w:rsidP="00A67DDC">
      <w:pPr>
        <w:spacing w:line="259" w:lineRule="auto"/>
      </w:pPr>
      <w:r>
        <w:rPr>
          <w:b/>
        </w:rPr>
        <w:t xml:space="preserve">Interviewer: </w:t>
      </w:r>
      <w:r>
        <w:t>It takes longer, does it not?</w:t>
      </w:r>
    </w:p>
    <w:p w14:paraId="43BA805E" w14:textId="77777777" w:rsidR="00A67DDC" w:rsidRDefault="00A67DDC" w:rsidP="00A67DDC">
      <w:pPr>
        <w:spacing w:line="259" w:lineRule="auto"/>
      </w:pPr>
      <w:r>
        <w:rPr>
          <w:b/>
        </w:rPr>
        <w:t xml:space="preserve">Interviewee: </w:t>
      </w:r>
      <w:r>
        <w:t xml:space="preserve">One to three hours. The meat is stewed for three hours under the </w:t>
      </w:r>
      <w:proofErr w:type="spellStart"/>
      <w:r>
        <w:t>sač</w:t>
      </w:r>
      <w:proofErr w:type="spellEnd"/>
      <w:r>
        <w:t>, and it becomes very juicy.</w:t>
      </w:r>
    </w:p>
    <w:p w14:paraId="64DB7EAC" w14:textId="77777777" w:rsidR="00A67DDC" w:rsidRDefault="00A67DDC" w:rsidP="00A67DDC">
      <w:pPr>
        <w:spacing w:line="259" w:lineRule="auto"/>
      </w:pPr>
      <w:r>
        <w:rPr>
          <w:b/>
        </w:rPr>
        <w:t xml:space="preserve">Interviewer: </w:t>
      </w:r>
      <w:r>
        <w:t>And when do you add the potatoes?</w:t>
      </w:r>
    </w:p>
    <w:p w14:paraId="5397753C" w14:textId="77777777" w:rsidR="00A67DDC" w:rsidRDefault="00A67DDC" w:rsidP="00A67DDC">
      <w:pPr>
        <w:spacing w:line="259" w:lineRule="auto"/>
      </w:pPr>
      <w:r>
        <w:rPr>
          <w:b/>
        </w:rPr>
        <w:t xml:space="preserve">Interviewee: </w:t>
      </w:r>
      <w:r>
        <w:t xml:space="preserve">Potatoes are added towards the end. You cook it for about half an hour, then add the potatoes and carrots, and </w:t>
      </w:r>
      <w:proofErr w:type="spellStart"/>
      <w:r>
        <w:t>saute</w:t>
      </w:r>
      <w:proofErr w:type="spellEnd"/>
      <w:r>
        <w:t xml:space="preserve"> it nicely.</w:t>
      </w:r>
    </w:p>
    <w:p w14:paraId="74795616" w14:textId="77777777" w:rsidR="00A67DDC" w:rsidRDefault="00A67DDC" w:rsidP="00A67DDC">
      <w:pPr>
        <w:spacing w:line="259" w:lineRule="auto"/>
      </w:pPr>
      <w:r>
        <w:rPr>
          <w:b/>
        </w:rPr>
        <w:t xml:space="preserve">Interviewer: </w:t>
      </w:r>
      <w:r>
        <w:t xml:space="preserve">Thank you, </w:t>
      </w:r>
      <w:proofErr w:type="spellStart"/>
      <w:r>
        <w:t>Šaban</w:t>
      </w:r>
      <w:proofErr w:type="spellEnd"/>
      <w:r>
        <w:t>. Perfect.</w:t>
      </w:r>
    </w:p>
    <w:p w14:paraId="6DE87B48" w14:textId="77777777" w:rsidR="00A67DDC" w:rsidRDefault="00A67DDC" w:rsidP="00A67DDC">
      <w:pPr>
        <w:spacing w:line="259" w:lineRule="auto"/>
      </w:pPr>
      <w:r>
        <w:rPr>
          <w:b/>
        </w:rPr>
        <w:t xml:space="preserve">Interviewee: </w:t>
      </w:r>
      <w:r>
        <w:t>Thank you very much.</w:t>
      </w:r>
    </w:p>
    <w:p w14:paraId="0F98CC03" w14:textId="77777777" w:rsidR="00860113" w:rsidRPr="009A0437" w:rsidRDefault="00860113" w:rsidP="001B0844">
      <w:pPr>
        <w:rPr>
          <w:rFonts w:cs="Arial"/>
        </w:rPr>
      </w:pPr>
    </w:p>
    <w:sectPr w:rsidR="00860113"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A8785" w14:textId="77777777" w:rsidR="0092605F" w:rsidRDefault="0092605F" w:rsidP="009A0437">
      <w:pPr>
        <w:spacing w:after="0" w:line="240" w:lineRule="auto"/>
      </w:pPr>
      <w:r>
        <w:separator/>
      </w:r>
    </w:p>
  </w:endnote>
  <w:endnote w:type="continuationSeparator" w:id="0">
    <w:p w14:paraId="1E3FE614" w14:textId="77777777" w:rsidR="0092605F" w:rsidRDefault="0092605F"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4C64B" w14:textId="77777777" w:rsidR="0092605F" w:rsidRDefault="0092605F" w:rsidP="009A0437">
      <w:pPr>
        <w:spacing w:after="0" w:line="240" w:lineRule="auto"/>
      </w:pPr>
      <w:r>
        <w:separator/>
      </w:r>
    </w:p>
  </w:footnote>
  <w:footnote w:type="continuationSeparator" w:id="0">
    <w:p w14:paraId="5FD3AE76" w14:textId="77777777" w:rsidR="0092605F" w:rsidRDefault="0092605F"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0844"/>
    <w:rsid w:val="001F45D4"/>
    <w:rsid w:val="00233D8E"/>
    <w:rsid w:val="002625A5"/>
    <w:rsid w:val="0029639D"/>
    <w:rsid w:val="002D73EF"/>
    <w:rsid w:val="003256DF"/>
    <w:rsid w:val="00326F90"/>
    <w:rsid w:val="00375188"/>
    <w:rsid w:val="0049302A"/>
    <w:rsid w:val="004C5FF8"/>
    <w:rsid w:val="00577296"/>
    <w:rsid w:val="00586A1E"/>
    <w:rsid w:val="005F43D4"/>
    <w:rsid w:val="006F1718"/>
    <w:rsid w:val="007741D1"/>
    <w:rsid w:val="00786B05"/>
    <w:rsid w:val="00794E93"/>
    <w:rsid w:val="00824878"/>
    <w:rsid w:val="00860113"/>
    <w:rsid w:val="008D6685"/>
    <w:rsid w:val="0092605F"/>
    <w:rsid w:val="009A0437"/>
    <w:rsid w:val="00A67DDC"/>
    <w:rsid w:val="00AA1D8D"/>
    <w:rsid w:val="00B47730"/>
    <w:rsid w:val="00BD1871"/>
    <w:rsid w:val="00BF56A7"/>
    <w:rsid w:val="00CB0664"/>
    <w:rsid w:val="00CD7ED3"/>
    <w:rsid w:val="00D75E18"/>
    <w:rsid w:val="00D938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Transcript: Interview with Marcel Baranja</vt:lpstr>
    </vt:vector>
  </TitlesOfParts>
  <Manager/>
  <Company/>
  <LinksUpToDate>false</LinksUpToDate>
  <CharactersWithSpaces>5777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Microsoft Office User</dc:creator>
  <cp:keywords/>
  <dc:description>generated by python-docx</dc:description>
  <cp:lastModifiedBy>Microsoft Office User</cp:lastModifiedBy>
  <cp:revision>3</cp:revision>
  <dcterms:created xsi:type="dcterms:W3CDTF">2026-06-08T11:43:00Z</dcterms:created>
  <dcterms:modified xsi:type="dcterms:W3CDTF">2026-06-08T11:45:00Z</dcterms:modified>
  <cp:category/>
</cp:coreProperties>
</file>