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B6C57" w14:textId="273C31DD" w:rsidR="00BD1871" w:rsidRPr="009A0437" w:rsidRDefault="00000000" w:rsidP="009A0437">
      <w:pPr>
        <w:jc w:val="center"/>
        <w:rPr>
          <w:rFonts w:cs="Arial"/>
          <w:b/>
          <w:sz w:val="32"/>
        </w:rPr>
      </w:pPr>
      <w:r w:rsidRPr="009A0437">
        <w:rPr>
          <w:rFonts w:cs="Arial"/>
          <w:b/>
          <w:sz w:val="32"/>
        </w:rPr>
        <w:t xml:space="preserve">Transcript: Interview with </w:t>
      </w:r>
      <w:r w:rsidR="00E55929" w:rsidRPr="00E55929">
        <w:rPr>
          <w:rFonts w:cs="Arial"/>
          <w:b/>
          <w:sz w:val="32"/>
        </w:rPr>
        <w:t>Aleksandar Švaba Petrović</w:t>
      </w:r>
    </w:p>
    <w:p w14:paraId="49549BA8" w14:textId="77777777" w:rsidR="00E55929" w:rsidRDefault="00E55929" w:rsidP="009A0437">
      <w:pPr>
        <w:jc w:val="center"/>
        <w:rPr>
          <w:rFonts w:cs="Arial"/>
          <w:color w:val="000000"/>
          <w:sz w:val="21"/>
          <w:szCs w:val="21"/>
        </w:rPr>
      </w:pPr>
      <w:r w:rsidRPr="00E55929">
        <w:rPr>
          <w:rFonts w:cs="Arial"/>
          <w:color w:val="000000"/>
          <w:sz w:val="21"/>
          <w:szCs w:val="21"/>
        </w:rPr>
        <w:t xml:space="preserve">Aleksandar Švaba Petrović, </w:t>
      </w:r>
      <w:proofErr w:type="spellStart"/>
      <w:r w:rsidRPr="00E55929">
        <w:rPr>
          <w:rFonts w:cs="Arial"/>
          <w:color w:val="000000"/>
          <w:sz w:val="21"/>
          <w:szCs w:val="21"/>
        </w:rPr>
        <w:t>Bački</w:t>
      </w:r>
      <w:proofErr w:type="spellEnd"/>
      <w:r w:rsidRPr="00E55929">
        <w:rPr>
          <w:rFonts w:cs="Arial"/>
          <w:color w:val="000000"/>
          <w:sz w:val="21"/>
          <w:szCs w:val="21"/>
        </w:rPr>
        <w:t xml:space="preserve"> </w:t>
      </w:r>
      <w:proofErr w:type="spellStart"/>
      <w:r w:rsidRPr="00E55929">
        <w:rPr>
          <w:rFonts w:cs="Arial"/>
          <w:color w:val="000000"/>
          <w:sz w:val="21"/>
          <w:szCs w:val="21"/>
        </w:rPr>
        <w:t>Monoštor</w:t>
      </w:r>
      <w:proofErr w:type="spellEnd"/>
      <w:r w:rsidRPr="00E55929">
        <w:rPr>
          <w:rFonts w:cs="Arial"/>
          <w:color w:val="000000"/>
          <w:sz w:val="21"/>
          <w:szCs w:val="21"/>
        </w:rPr>
        <w:t>, Serbia, 2025</w:t>
      </w:r>
      <w:r w:rsidRPr="00E55929">
        <w:rPr>
          <w:rFonts w:cs="Arial"/>
          <w:color w:val="000000"/>
          <w:sz w:val="21"/>
          <w:szCs w:val="21"/>
        </w:rPr>
        <w:t xml:space="preserve"> </w:t>
      </w:r>
    </w:p>
    <w:p w14:paraId="35F8334D" w14:textId="2A20D9E9" w:rsidR="00BD1871" w:rsidRPr="009A0437" w:rsidRDefault="00000000" w:rsidP="009A0437">
      <w:pPr>
        <w:jc w:val="center"/>
        <w:rPr>
          <w:rFonts w:cs="Arial"/>
        </w:rPr>
      </w:pPr>
      <w:r w:rsidRPr="009A0437">
        <w:rPr>
          <w:rFonts w:cs="Arial"/>
          <w:i/>
        </w:rPr>
        <w:t>Roma Soul Food project</w:t>
      </w:r>
    </w:p>
    <w:p w14:paraId="0DD4E7D1" w14:textId="77777777" w:rsidR="00BD1871" w:rsidRPr="009A0437" w:rsidRDefault="00BD1871">
      <w:pPr>
        <w:rPr>
          <w:rFonts w:cs="Arial"/>
        </w:rPr>
      </w:pPr>
    </w:p>
    <w:p w14:paraId="55F8122A" w14:textId="77777777" w:rsidR="00E55929" w:rsidRDefault="00E55929" w:rsidP="00E55929">
      <w:pPr>
        <w:spacing w:after="160" w:line="259" w:lineRule="auto"/>
      </w:pPr>
      <w:r>
        <w:rPr>
          <w:b/>
        </w:rPr>
        <w:t xml:space="preserve">Interviewer: </w:t>
      </w:r>
      <w:proofErr w:type="spellStart"/>
      <w:r>
        <w:t>Švabo</w:t>
      </w:r>
      <w:proofErr w:type="spellEnd"/>
      <w:r>
        <w:t>, thank you for having us. Tell us something about yourself, what is your name, where are you from, and how did you end up in this wonderful place?</w:t>
      </w:r>
    </w:p>
    <w:p w14:paraId="28DDB697" w14:textId="77777777" w:rsidR="00E55929" w:rsidRDefault="00E55929" w:rsidP="00E55929">
      <w:pPr>
        <w:spacing w:after="160" w:line="259" w:lineRule="auto"/>
      </w:pPr>
      <w:r>
        <w:rPr>
          <w:b/>
        </w:rPr>
        <w:t xml:space="preserve">Interviewee: </w:t>
      </w:r>
      <w:r>
        <w:t xml:space="preserve">Well, like this, my name is Aca Petrović, they call me </w:t>
      </w:r>
      <w:proofErr w:type="spellStart"/>
      <w:r>
        <w:t>Švaba</w:t>
      </w:r>
      <w:proofErr w:type="spellEnd"/>
      <w:r>
        <w:t xml:space="preserve">, and we were nicknamed after my grandfather. For us Roma, we are usually dark-skinned, and my grandfather was a blond man, had green eyes, and we got the nickname </w:t>
      </w:r>
      <w:proofErr w:type="spellStart"/>
      <w:r>
        <w:t>Švaba</w:t>
      </w:r>
      <w:proofErr w:type="spellEnd"/>
      <w:r>
        <w:t xml:space="preserve"> after him. Well, that is where </w:t>
      </w:r>
      <w:proofErr w:type="spellStart"/>
      <w:r>
        <w:t>Švaba</w:t>
      </w:r>
      <w:proofErr w:type="spellEnd"/>
      <w:r>
        <w:t xml:space="preserve"> comes from.</w:t>
      </w:r>
    </w:p>
    <w:p w14:paraId="5CB296D2" w14:textId="77777777" w:rsidR="00E55929" w:rsidRDefault="00E55929" w:rsidP="00E55929">
      <w:pPr>
        <w:spacing w:after="160" w:line="259" w:lineRule="auto"/>
      </w:pPr>
      <w:r>
        <w:rPr>
          <w:b/>
        </w:rPr>
        <w:t xml:space="preserve">Interviewer: </w:t>
      </w:r>
      <w:r>
        <w:t>And your parents, were they here too?</w:t>
      </w:r>
    </w:p>
    <w:p w14:paraId="4A50D992" w14:textId="77777777" w:rsidR="00E55929" w:rsidRDefault="00E55929" w:rsidP="00E55929">
      <w:pPr>
        <w:spacing w:after="160" w:line="259" w:lineRule="auto"/>
      </w:pPr>
      <w:r>
        <w:rPr>
          <w:b/>
        </w:rPr>
        <w:t xml:space="preserve">Interviewee: </w:t>
      </w:r>
      <w:r>
        <w:t>Yes. They were not really fishermen, but they were there. My grandfather was a trough maker.</w:t>
      </w:r>
    </w:p>
    <w:p w14:paraId="1AB7835E" w14:textId="77777777" w:rsidR="00E55929" w:rsidRDefault="00E55929" w:rsidP="00E55929">
      <w:pPr>
        <w:spacing w:after="160" w:line="259" w:lineRule="auto"/>
      </w:pPr>
      <w:r>
        <w:rPr>
          <w:b/>
        </w:rPr>
        <w:t xml:space="preserve">Interviewer: </w:t>
      </w:r>
      <w:r>
        <w:t xml:space="preserve">When you were a child, what do you remember from </w:t>
      </w:r>
      <w:proofErr w:type="spellStart"/>
      <w:r>
        <w:t>Monoštor</w:t>
      </w:r>
      <w:proofErr w:type="spellEnd"/>
      <w:r>
        <w:t xml:space="preserve">? What did </w:t>
      </w:r>
      <w:proofErr w:type="gramStart"/>
      <w:r>
        <w:t>other</w:t>
      </w:r>
      <w:proofErr w:type="gramEnd"/>
      <w:r>
        <w:t xml:space="preserve"> Roma do? What did they eat? What did it look like?</w:t>
      </w:r>
    </w:p>
    <w:p w14:paraId="0D377203" w14:textId="77777777" w:rsidR="00E55929" w:rsidRDefault="00E55929" w:rsidP="00E55929">
      <w:pPr>
        <w:spacing w:after="160" w:line="259" w:lineRule="auto"/>
      </w:pPr>
      <w:r>
        <w:rPr>
          <w:b/>
        </w:rPr>
        <w:t xml:space="preserve">Interviewee: </w:t>
      </w:r>
      <w:r>
        <w:t>Well, they ate everything that the other people did, but the only thing was poverty. We did not have many things. It was very poor.</w:t>
      </w:r>
    </w:p>
    <w:p w14:paraId="231D8DCC" w14:textId="77777777" w:rsidR="00E55929" w:rsidRDefault="00E55929" w:rsidP="00E55929">
      <w:pPr>
        <w:spacing w:after="160" w:line="259" w:lineRule="auto"/>
      </w:pPr>
      <w:r>
        <w:rPr>
          <w:b/>
        </w:rPr>
        <w:t xml:space="preserve">Interviewer: </w:t>
      </w:r>
      <w:r>
        <w:t>And, for example, Christmas, Easter?</w:t>
      </w:r>
    </w:p>
    <w:p w14:paraId="3FD58122" w14:textId="77777777" w:rsidR="00E55929" w:rsidRDefault="00E55929" w:rsidP="00E55929">
      <w:pPr>
        <w:spacing w:after="160" w:line="259" w:lineRule="auto"/>
      </w:pPr>
      <w:r>
        <w:rPr>
          <w:b/>
        </w:rPr>
        <w:t xml:space="preserve">Interviewee: </w:t>
      </w:r>
      <w:r>
        <w:t>Oh, then there were cakes, sweets, Christmas when the tree was decorated, that is, whoever was able to do that.</w:t>
      </w:r>
    </w:p>
    <w:p w14:paraId="7CC7CDC3" w14:textId="77777777" w:rsidR="00E55929" w:rsidRDefault="00E55929" w:rsidP="00E55929">
      <w:pPr>
        <w:spacing w:after="160" w:line="259" w:lineRule="auto"/>
      </w:pPr>
      <w:r>
        <w:rPr>
          <w:b/>
        </w:rPr>
        <w:t xml:space="preserve">Interviewer: </w:t>
      </w:r>
      <w:r>
        <w:t>And what about fish? Since when did you go fishing?</w:t>
      </w:r>
    </w:p>
    <w:p w14:paraId="182DBEEF" w14:textId="77777777" w:rsidR="00E55929" w:rsidRDefault="00E55929" w:rsidP="00E55929">
      <w:pPr>
        <w:spacing w:after="160" w:line="259" w:lineRule="auto"/>
      </w:pPr>
      <w:r>
        <w:rPr>
          <w:b/>
        </w:rPr>
        <w:t xml:space="preserve">Interviewee: </w:t>
      </w:r>
      <w:r>
        <w:t>Ever since we can remember.</w:t>
      </w:r>
    </w:p>
    <w:p w14:paraId="2E028B80" w14:textId="77777777" w:rsidR="00E55929" w:rsidRDefault="00E55929" w:rsidP="00E55929">
      <w:pPr>
        <w:spacing w:after="160" w:line="259" w:lineRule="auto"/>
      </w:pPr>
      <w:r>
        <w:rPr>
          <w:b/>
        </w:rPr>
        <w:t xml:space="preserve">Interviewer: </w:t>
      </w:r>
      <w:r>
        <w:t>With whom?</w:t>
      </w:r>
    </w:p>
    <w:p w14:paraId="32AE7B94" w14:textId="77777777" w:rsidR="00E55929" w:rsidRDefault="00E55929" w:rsidP="00E55929">
      <w:pPr>
        <w:spacing w:after="160" w:line="259" w:lineRule="auto"/>
      </w:pPr>
      <w:r>
        <w:rPr>
          <w:b/>
        </w:rPr>
        <w:t xml:space="preserve">Interviewee: </w:t>
      </w:r>
      <w:r>
        <w:t>With grandfather, with father. We always went as brothers.</w:t>
      </w:r>
    </w:p>
    <w:p w14:paraId="6AC79A94" w14:textId="77777777" w:rsidR="00E55929" w:rsidRDefault="00E55929" w:rsidP="00E55929">
      <w:pPr>
        <w:spacing w:after="160" w:line="259" w:lineRule="auto"/>
      </w:pPr>
      <w:r>
        <w:rPr>
          <w:b/>
        </w:rPr>
        <w:t xml:space="preserve">Interviewer: </w:t>
      </w:r>
      <w:r>
        <w:t>Did the women go fishing, or not?</w:t>
      </w:r>
    </w:p>
    <w:p w14:paraId="06821A5A" w14:textId="77777777" w:rsidR="00E55929" w:rsidRDefault="00E55929" w:rsidP="00E55929">
      <w:pPr>
        <w:spacing w:after="160" w:line="259" w:lineRule="auto"/>
      </w:pPr>
      <w:r>
        <w:rPr>
          <w:b/>
        </w:rPr>
        <w:t xml:space="preserve">Interviewee: </w:t>
      </w:r>
      <w:r>
        <w:t>Well, they went, how could they not? The women went fishing. That was one of the sources, one part of the diet.</w:t>
      </w:r>
    </w:p>
    <w:p w14:paraId="4839A877" w14:textId="77777777" w:rsidR="00E55929" w:rsidRDefault="00E55929" w:rsidP="00E55929">
      <w:pPr>
        <w:spacing w:after="160" w:line="259" w:lineRule="auto"/>
      </w:pPr>
      <w:r>
        <w:rPr>
          <w:b/>
        </w:rPr>
        <w:t xml:space="preserve">Interviewer: </w:t>
      </w:r>
      <w:r>
        <w:t>And when you got sick, did you use some special fish, herbs, plants? What did it look like?</w:t>
      </w:r>
    </w:p>
    <w:p w14:paraId="6700B8CA" w14:textId="77777777" w:rsidR="00E55929" w:rsidRDefault="00E55929" w:rsidP="00E55929">
      <w:pPr>
        <w:spacing w:after="160" w:line="259" w:lineRule="auto"/>
      </w:pPr>
      <w:r>
        <w:rPr>
          <w:b/>
        </w:rPr>
        <w:t xml:space="preserve">Interviewee: </w:t>
      </w:r>
      <w:r>
        <w:t xml:space="preserve">I was not really weak in my time. I used to go to the doctor. Before that, I do not really know myself. For the most part, nothing really happened. I heard stories from before, from my grandfather or great-grandfather, that they had many children because medicine was not that advanced and they did not have the ability to go to the doctor. </w:t>
      </w:r>
      <w:proofErr w:type="gramStart"/>
      <w:r>
        <w:t>So</w:t>
      </w:r>
      <w:proofErr w:type="gramEnd"/>
      <w:r>
        <w:t xml:space="preserve"> they had many children so that something would remain.</w:t>
      </w:r>
    </w:p>
    <w:p w14:paraId="21BE1C3D" w14:textId="77777777" w:rsidR="00E55929" w:rsidRDefault="00E55929" w:rsidP="00E55929">
      <w:pPr>
        <w:spacing w:after="160" w:line="259" w:lineRule="auto"/>
      </w:pPr>
      <w:r>
        <w:rPr>
          <w:b/>
        </w:rPr>
        <w:t xml:space="preserve">Interviewer: </w:t>
      </w:r>
      <w:r>
        <w:t xml:space="preserve">Now, tell me, when you were already grown up, did your family move from somewhere? Did they come, as we talked with </w:t>
      </w:r>
      <w:proofErr w:type="spellStart"/>
      <w:r>
        <w:t>Civra</w:t>
      </w:r>
      <w:proofErr w:type="spellEnd"/>
      <w:r>
        <w:t>, from Mohács?</w:t>
      </w:r>
    </w:p>
    <w:p w14:paraId="154E177F" w14:textId="77777777" w:rsidR="00E55929" w:rsidRDefault="00E55929" w:rsidP="00E55929">
      <w:pPr>
        <w:spacing w:after="160" w:line="259" w:lineRule="auto"/>
      </w:pPr>
      <w:r>
        <w:rPr>
          <w:b/>
        </w:rPr>
        <w:lastRenderedPageBreak/>
        <w:t xml:space="preserve">Interviewee: </w:t>
      </w:r>
      <w:r>
        <w:t xml:space="preserve">Mostly, my mother’s family is partly from Mohács in Hungary and partly from Bolman in Croatia, from Baranja. </w:t>
      </w:r>
      <w:proofErr w:type="spellStart"/>
      <w:r>
        <w:t>Civra’s</w:t>
      </w:r>
      <w:proofErr w:type="spellEnd"/>
      <w:r>
        <w:t xml:space="preserve"> grandfather and my great-grandfather were brothers, birth brothers. In Baranja we are not really in contact. We know each other, but not so much. Since it is my grandfather’s family there, I am his grandson, so it is not completely lost, but we do not know each other well. After the war, they spread around the world; many are in England and Ireland, and we rarely see each other.</w:t>
      </w:r>
    </w:p>
    <w:p w14:paraId="6FE8139D" w14:textId="77777777" w:rsidR="00E55929" w:rsidRDefault="00E55929" w:rsidP="00E55929">
      <w:pPr>
        <w:spacing w:after="160" w:line="259" w:lineRule="auto"/>
      </w:pPr>
      <w:r>
        <w:rPr>
          <w:b/>
        </w:rPr>
        <w:t xml:space="preserve">Interviewer: </w:t>
      </w:r>
      <w:r>
        <w:t>As far as food is concerned, we must also mention music here. Regarding food, what do you catch, and what do you prepare and how? What is your favorite?</w:t>
      </w:r>
    </w:p>
    <w:p w14:paraId="35455BE2" w14:textId="77777777" w:rsidR="00E55929" w:rsidRDefault="00E55929" w:rsidP="00E55929">
      <w:pPr>
        <w:spacing w:after="160" w:line="259" w:lineRule="auto"/>
      </w:pPr>
      <w:r>
        <w:rPr>
          <w:b/>
        </w:rPr>
        <w:t xml:space="preserve">Interviewee: </w:t>
      </w:r>
      <w:r>
        <w:t>Here we have the specificity of fish. Mostly fish, and that is it. I hope we do it very well. Mostly our guests are satisfied, those who come to our place and visit us come back, so that is good.</w:t>
      </w:r>
    </w:p>
    <w:p w14:paraId="40E2AB84" w14:textId="77777777" w:rsidR="00E55929" w:rsidRDefault="00E55929" w:rsidP="00E55929">
      <w:pPr>
        <w:spacing w:after="160" w:line="259" w:lineRule="auto"/>
      </w:pPr>
      <w:r>
        <w:rPr>
          <w:b/>
        </w:rPr>
        <w:t xml:space="preserve">Interviewer: </w:t>
      </w:r>
      <w:r>
        <w:t>How do you prepare it?</w:t>
      </w:r>
    </w:p>
    <w:p w14:paraId="52DACC8E" w14:textId="77777777" w:rsidR="00E55929" w:rsidRDefault="00E55929" w:rsidP="00E55929">
      <w:pPr>
        <w:spacing w:after="160" w:line="259" w:lineRule="auto"/>
      </w:pPr>
      <w:r>
        <w:rPr>
          <w:b/>
        </w:rPr>
        <w:t xml:space="preserve">Interviewee: </w:t>
      </w:r>
      <w:r>
        <w:t>We mostly bake fish, cook fish; from fish, anything that can be done, we do it all.</w:t>
      </w:r>
    </w:p>
    <w:p w14:paraId="2EE6491D" w14:textId="77777777" w:rsidR="00E55929" w:rsidRDefault="00E55929" w:rsidP="00E55929">
      <w:pPr>
        <w:spacing w:after="160" w:line="259" w:lineRule="auto"/>
      </w:pPr>
      <w:r>
        <w:rPr>
          <w:b/>
        </w:rPr>
        <w:t xml:space="preserve">Interviewer: </w:t>
      </w:r>
      <w:r>
        <w:t>What does the fish stew look like? Is it different from the Hungarian one?</w:t>
      </w:r>
    </w:p>
    <w:p w14:paraId="538FBC18" w14:textId="77777777" w:rsidR="00E55929" w:rsidRDefault="00E55929" w:rsidP="00E55929">
      <w:pPr>
        <w:spacing w:after="160" w:line="259" w:lineRule="auto"/>
      </w:pPr>
      <w:r>
        <w:rPr>
          <w:b/>
        </w:rPr>
        <w:t xml:space="preserve">Interviewee: </w:t>
      </w:r>
      <w:r>
        <w:t xml:space="preserve">In Hungary, the cooking is similar to ours. Those are shades, I think. It is a matter of taste and a matter of what the guests ask for. Here in </w:t>
      </w:r>
      <w:proofErr w:type="spellStart"/>
      <w:r>
        <w:t>Monoštor</w:t>
      </w:r>
      <w:proofErr w:type="spellEnd"/>
      <w:r>
        <w:t xml:space="preserve"> and </w:t>
      </w:r>
      <w:proofErr w:type="spellStart"/>
      <w:r>
        <w:t>Bezdan</w:t>
      </w:r>
      <w:proofErr w:type="spellEnd"/>
      <w:r>
        <w:t xml:space="preserve">, it is mostly cooked similarly, 90 percent the same. From Hungary to </w:t>
      </w:r>
      <w:proofErr w:type="spellStart"/>
      <w:r>
        <w:t>Bogojevo</w:t>
      </w:r>
      <w:proofErr w:type="spellEnd"/>
      <w:r>
        <w:t xml:space="preserve">, from Baja to </w:t>
      </w:r>
      <w:proofErr w:type="spellStart"/>
      <w:r>
        <w:t>Bogojevo</w:t>
      </w:r>
      <w:proofErr w:type="spellEnd"/>
      <w:r>
        <w:t>, it is cooked in a similar way, just not exactly identical.</w:t>
      </w:r>
    </w:p>
    <w:p w14:paraId="4C2FC766" w14:textId="77777777" w:rsidR="00E55929" w:rsidRDefault="00E55929" w:rsidP="00E55929">
      <w:pPr>
        <w:spacing w:after="160" w:line="259" w:lineRule="auto"/>
      </w:pPr>
      <w:r>
        <w:rPr>
          <w:b/>
        </w:rPr>
        <w:t xml:space="preserve">Interviewer: </w:t>
      </w:r>
      <w:r>
        <w:t>I saw that there is not much paprika; you did not put a lot of paprika and spices in the fish.</w:t>
      </w:r>
    </w:p>
    <w:p w14:paraId="6001765C" w14:textId="77777777" w:rsidR="00E55929" w:rsidRDefault="00E55929" w:rsidP="00E55929">
      <w:pPr>
        <w:spacing w:after="160" w:line="259" w:lineRule="auto"/>
      </w:pPr>
      <w:r>
        <w:rPr>
          <w:b/>
        </w:rPr>
        <w:t xml:space="preserve">Interviewee: </w:t>
      </w:r>
      <w:r>
        <w:t>It depends on the quality of the paprika. You cannot overdo it. If it is of good quality, you put a little and then it will be as it should be. Not to give away the recipe.</w:t>
      </w:r>
    </w:p>
    <w:p w14:paraId="33268D40" w14:textId="77777777" w:rsidR="00E55929" w:rsidRDefault="00E55929" w:rsidP="00E55929">
      <w:pPr>
        <w:spacing w:after="160" w:line="259" w:lineRule="auto"/>
      </w:pPr>
      <w:r>
        <w:rPr>
          <w:b/>
        </w:rPr>
        <w:t xml:space="preserve">Interviewer: </w:t>
      </w:r>
      <w:r>
        <w:t>Is there also music when people order food here?</w:t>
      </w:r>
    </w:p>
    <w:p w14:paraId="6905A451" w14:textId="77777777" w:rsidR="00E55929" w:rsidRDefault="00E55929" w:rsidP="00E55929">
      <w:pPr>
        <w:spacing w:after="160" w:line="259" w:lineRule="auto"/>
      </w:pPr>
      <w:r>
        <w:rPr>
          <w:b/>
        </w:rPr>
        <w:t xml:space="preserve">Interviewee: </w:t>
      </w:r>
      <w:r>
        <w:t xml:space="preserve">Why not? Usually tambura. When there are events like bean-cooking competitions, then we have electric music, musicians who play with guitars, </w:t>
      </w:r>
      <w:proofErr w:type="gramStart"/>
      <w:r>
        <w:t>synthesizers</w:t>
      </w:r>
      <w:proofErr w:type="gramEnd"/>
      <w:r>
        <w:t xml:space="preserve"> and that kind of equipment.</w:t>
      </w:r>
    </w:p>
    <w:p w14:paraId="187DAFFD" w14:textId="77777777" w:rsidR="00E55929" w:rsidRDefault="00E55929" w:rsidP="00E55929">
      <w:pPr>
        <w:spacing w:after="160" w:line="259" w:lineRule="auto"/>
      </w:pPr>
      <w:r>
        <w:rPr>
          <w:b/>
        </w:rPr>
        <w:t xml:space="preserve">Interviewer: </w:t>
      </w:r>
      <w:r>
        <w:t>When you remember stories from your childhood, what is most impressive to you?</w:t>
      </w:r>
    </w:p>
    <w:p w14:paraId="28D53A5A" w14:textId="77777777" w:rsidR="00E55929" w:rsidRDefault="00E55929" w:rsidP="00E55929">
      <w:pPr>
        <w:spacing w:after="160" w:line="259" w:lineRule="auto"/>
      </w:pPr>
      <w:r>
        <w:rPr>
          <w:b/>
        </w:rPr>
        <w:t xml:space="preserve">Interviewee: </w:t>
      </w:r>
      <w:r>
        <w:t xml:space="preserve">There were so many stories and anecdotes that I could sit with you until Easter. I grew up there, and there were all kinds of things. What was pleasant was the companionship. People came, friends came, one of them would bring something, </w:t>
      </w:r>
      <w:proofErr w:type="gramStart"/>
      <w:r>
        <w:t>fish</w:t>
      </w:r>
      <w:proofErr w:type="gramEnd"/>
      <w:r>
        <w:t xml:space="preserve"> or meat, and say, “</w:t>
      </w:r>
      <w:proofErr w:type="spellStart"/>
      <w:r>
        <w:t>Švabo</w:t>
      </w:r>
      <w:proofErr w:type="spellEnd"/>
      <w:r>
        <w:t>, you cook for me, we’ll go fishing.” When they came back from fishing, there was socializing, playing cards, drinking.</w:t>
      </w:r>
    </w:p>
    <w:p w14:paraId="172C6670" w14:textId="77777777" w:rsidR="00E55929" w:rsidRDefault="00E55929" w:rsidP="00E55929">
      <w:pPr>
        <w:spacing w:after="160" w:line="259" w:lineRule="auto"/>
      </w:pPr>
      <w:r>
        <w:rPr>
          <w:b/>
        </w:rPr>
        <w:t xml:space="preserve">Interviewer: </w:t>
      </w:r>
      <w:r>
        <w:t>What did it look like thirty years ago, in the 1980s, during Yugoslavia?</w:t>
      </w:r>
    </w:p>
    <w:p w14:paraId="1D62A511" w14:textId="77777777" w:rsidR="00E55929" w:rsidRDefault="00E55929" w:rsidP="00E55929">
      <w:pPr>
        <w:spacing w:after="160" w:line="259" w:lineRule="auto"/>
      </w:pPr>
      <w:r>
        <w:rPr>
          <w:b/>
        </w:rPr>
        <w:t xml:space="preserve">Interviewee: </w:t>
      </w:r>
      <w:r>
        <w:t>People say it was much better before. I would not really say so. The village was poor. From my house to the school, there were thirty yards with thatched roofs. There were maybe fifteen cars in the village; now every house has three. There are no more reeds, it is all modernized. Technology has advanced, so it is no longer like before.</w:t>
      </w:r>
    </w:p>
    <w:p w14:paraId="6C633080" w14:textId="77777777" w:rsidR="00E55929" w:rsidRDefault="00E55929" w:rsidP="00E55929">
      <w:pPr>
        <w:spacing w:after="160" w:line="259" w:lineRule="auto"/>
      </w:pPr>
      <w:r>
        <w:rPr>
          <w:b/>
        </w:rPr>
        <w:t xml:space="preserve">Interviewer: </w:t>
      </w:r>
      <w:r>
        <w:t>Did the Roma stay, or did they leave, as you said, to Ireland and other places?</w:t>
      </w:r>
    </w:p>
    <w:p w14:paraId="34488899" w14:textId="77777777" w:rsidR="00E55929" w:rsidRDefault="00E55929" w:rsidP="00E55929">
      <w:pPr>
        <w:spacing w:after="160" w:line="259" w:lineRule="auto"/>
      </w:pPr>
      <w:r>
        <w:rPr>
          <w:b/>
        </w:rPr>
        <w:t xml:space="preserve">Interviewee: </w:t>
      </w:r>
      <w:r>
        <w:t>For the most part, whoever had the opportunity left. Those who did not are still here, and we do not lack anything. It is beautiful here.</w:t>
      </w:r>
    </w:p>
    <w:p w14:paraId="5DAD3736" w14:textId="77777777" w:rsidR="00E55929" w:rsidRDefault="00E55929" w:rsidP="00E55929">
      <w:pPr>
        <w:spacing w:after="160" w:line="259" w:lineRule="auto"/>
      </w:pPr>
      <w:r>
        <w:rPr>
          <w:b/>
        </w:rPr>
        <w:t xml:space="preserve">Interviewer: </w:t>
      </w:r>
      <w:r>
        <w:t xml:space="preserve">What is the atmosphere like here on Christmas Eve, with festivities, </w:t>
      </w:r>
      <w:proofErr w:type="gramStart"/>
      <w:r>
        <w:t>people</w:t>
      </w:r>
      <w:proofErr w:type="gramEnd"/>
      <w:r>
        <w:t xml:space="preserve"> and drinks?</w:t>
      </w:r>
    </w:p>
    <w:p w14:paraId="592C0675" w14:textId="77777777" w:rsidR="00E55929" w:rsidRDefault="00E55929" w:rsidP="00E55929">
      <w:pPr>
        <w:spacing w:after="160" w:line="259" w:lineRule="auto"/>
      </w:pPr>
      <w:r>
        <w:rPr>
          <w:b/>
        </w:rPr>
        <w:t xml:space="preserve">Interviewee: </w:t>
      </w:r>
      <w:r>
        <w:t>It is a very big gathering. There are big celebrations, and we really keep it that way, at least this generation does.</w:t>
      </w:r>
    </w:p>
    <w:p w14:paraId="0900894E" w14:textId="77777777" w:rsidR="00E55929" w:rsidRDefault="00E55929" w:rsidP="00E55929">
      <w:pPr>
        <w:spacing w:after="160" w:line="259" w:lineRule="auto"/>
      </w:pPr>
      <w:r>
        <w:rPr>
          <w:b/>
        </w:rPr>
        <w:t xml:space="preserve">Interviewer: </w:t>
      </w:r>
      <w:r>
        <w:t xml:space="preserve">Is it name days or </w:t>
      </w:r>
      <w:proofErr w:type="spellStart"/>
      <w:r>
        <w:t>slava</w:t>
      </w:r>
      <w:proofErr w:type="spellEnd"/>
      <w:r>
        <w:t>?</w:t>
      </w:r>
    </w:p>
    <w:p w14:paraId="74A01DCB" w14:textId="77777777" w:rsidR="00E55929" w:rsidRDefault="00E55929" w:rsidP="00E55929">
      <w:pPr>
        <w:spacing w:after="160" w:line="259" w:lineRule="auto"/>
      </w:pPr>
      <w:r>
        <w:rPr>
          <w:b/>
        </w:rPr>
        <w:t xml:space="preserve">Interviewee: </w:t>
      </w:r>
      <w:r>
        <w:t xml:space="preserve">We are mostly Catholics, so it is mostly </w:t>
      </w:r>
      <w:proofErr w:type="gramStart"/>
      <w:r>
        <w:t>name</w:t>
      </w:r>
      <w:proofErr w:type="gramEnd"/>
      <w:r>
        <w:t xml:space="preserve"> days. The village </w:t>
      </w:r>
      <w:proofErr w:type="spellStart"/>
      <w:r>
        <w:t>slava</w:t>
      </w:r>
      <w:proofErr w:type="spellEnd"/>
      <w:r>
        <w:t xml:space="preserve"> is on June 29, St. Peter’s Day.</w:t>
      </w:r>
    </w:p>
    <w:p w14:paraId="3DA3F83F" w14:textId="77777777" w:rsidR="00E55929" w:rsidRDefault="00E55929" w:rsidP="00E55929">
      <w:pPr>
        <w:spacing w:after="160" w:line="259" w:lineRule="auto"/>
      </w:pPr>
      <w:r>
        <w:rPr>
          <w:b/>
        </w:rPr>
        <w:t xml:space="preserve">Interviewer: </w:t>
      </w:r>
      <w:r>
        <w:t>What does that look like?</w:t>
      </w:r>
    </w:p>
    <w:p w14:paraId="56775A55" w14:textId="77777777" w:rsidR="00E55929" w:rsidRDefault="00E55929" w:rsidP="00E55929">
      <w:pPr>
        <w:spacing w:after="160" w:line="259" w:lineRule="auto"/>
      </w:pPr>
      <w:r>
        <w:rPr>
          <w:b/>
        </w:rPr>
        <w:t xml:space="preserve">Interviewee: </w:t>
      </w:r>
      <w:r>
        <w:t>Music everywhere, a tent, rings and slides, all sorts of things.</w:t>
      </w:r>
    </w:p>
    <w:p w14:paraId="3BD159BA" w14:textId="77777777" w:rsidR="00E55929" w:rsidRDefault="00E55929" w:rsidP="00E55929">
      <w:pPr>
        <w:spacing w:after="160" w:line="259" w:lineRule="auto"/>
      </w:pPr>
      <w:r>
        <w:rPr>
          <w:b/>
        </w:rPr>
        <w:t xml:space="preserve">Interviewer: </w:t>
      </w:r>
      <w:r>
        <w:t>Tell me something about the preparation of beans and the grey bread that is baked on the sand. What does that look like?</w:t>
      </w:r>
    </w:p>
    <w:p w14:paraId="696C0F28" w14:textId="77777777" w:rsidR="00E55929" w:rsidRDefault="00E55929" w:rsidP="00E55929">
      <w:pPr>
        <w:spacing w:after="160" w:line="259" w:lineRule="auto"/>
      </w:pPr>
      <w:r>
        <w:rPr>
          <w:b/>
        </w:rPr>
        <w:t xml:space="preserve">Interviewee: </w:t>
      </w:r>
      <w:r>
        <w:t>The preparation of beans is customary; there is no great secret or science about it. The bread was like cake for us. You know how it was for the Roma: Gypsies used to move from place to place and they had to knead bread somehow. They made a Gypsy oven out of mud. Even now there are ovens in the village near us. It depends on how it is protected; it can last for years, even ten years if it is covered well.</w:t>
      </w:r>
    </w:p>
    <w:p w14:paraId="718E6285" w14:textId="77777777" w:rsidR="00E55929" w:rsidRDefault="00E55929" w:rsidP="00E55929">
      <w:pPr>
        <w:spacing w:after="160" w:line="259" w:lineRule="auto"/>
      </w:pPr>
      <w:r>
        <w:rPr>
          <w:b/>
        </w:rPr>
        <w:t xml:space="preserve">Interviewer: </w:t>
      </w:r>
      <w:r>
        <w:t>What do people drink? Do they make their own wine?</w:t>
      </w:r>
    </w:p>
    <w:p w14:paraId="7E668538" w14:textId="77777777" w:rsidR="00E55929" w:rsidRDefault="00E55929" w:rsidP="00E55929">
      <w:pPr>
        <w:spacing w:after="160" w:line="259" w:lineRule="auto"/>
      </w:pPr>
      <w:r>
        <w:rPr>
          <w:b/>
        </w:rPr>
        <w:t xml:space="preserve">Interviewee: </w:t>
      </w:r>
      <w:r>
        <w:t xml:space="preserve">People make their own wine, and beer is bought. In this part of </w:t>
      </w:r>
      <w:proofErr w:type="spellStart"/>
      <w:r>
        <w:t>Monoštor</w:t>
      </w:r>
      <w:proofErr w:type="spellEnd"/>
      <w:r>
        <w:t xml:space="preserve">, the Gypsies did not really have vineyards. Only </w:t>
      </w:r>
      <w:proofErr w:type="spellStart"/>
      <w:r>
        <w:t>Civra’s</w:t>
      </w:r>
      <w:proofErr w:type="spellEnd"/>
      <w:r>
        <w:t xml:space="preserve"> grandfather had one, as far as I remember. Some had vineyards across Croatia and made wine and brandy.</w:t>
      </w:r>
    </w:p>
    <w:p w14:paraId="3E11ADC1" w14:textId="77777777" w:rsidR="00E55929" w:rsidRDefault="00E55929" w:rsidP="00E55929">
      <w:pPr>
        <w:spacing w:after="160" w:line="259" w:lineRule="auto"/>
      </w:pPr>
      <w:r>
        <w:rPr>
          <w:b/>
        </w:rPr>
        <w:t xml:space="preserve">Interviewer: </w:t>
      </w:r>
      <w:r>
        <w:t>What does Christmas look like now? You also have carp, what does it look like?</w:t>
      </w:r>
    </w:p>
    <w:p w14:paraId="47439B0E" w14:textId="77777777" w:rsidR="00E55929" w:rsidRDefault="00E55929" w:rsidP="00E55929">
      <w:pPr>
        <w:spacing w:after="160" w:line="259" w:lineRule="auto"/>
      </w:pPr>
      <w:r>
        <w:rPr>
          <w:b/>
        </w:rPr>
        <w:t xml:space="preserve">Interviewee: </w:t>
      </w:r>
      <w:r>
        <w:t xml:space="preserve">Here, Christmas is not really a fast. Only a fasting dinner is cooked, mostly fish. The real fast is for Good Friday. I am named for Christmas, and my wife is Eva, so when my grandmother was alive, we thought it was fasting. Later, I learned from believers that Christmas is the celebration of Jesus being born, so you do not mourn; you celebrate, </w:t>
      </w:r>
      <w:proofErr w:type="gramStart"/>
      <w:r>
        <w:t>drink</w:t>
      </w:r>
      <w:proofErr w:type="gramEnd"/>
      <w:r>
        <w:t xml:space="preserve"> and receive guests. At my place, guests come all day. I invite friends and relatives, and then there is food, </w:t>
      </w:r>
      <w:proofErr w:type="gramStart"/>
      <w:r>
        <w:t>drink</w:t>
      </w:r>
      <w:proofErr w:type="gramEnd"/>
      <w:r>
        <w:t xml:space="preserve"> and music, sometimes until morning.</w:t>
      </w:r>
    </w:p>
    <w:p w14:paraId="07A04F0B" w14:textId="77777777" w:rsidR="00E55929" w:rsidRDefault="00E55929" w:rsidP="00E55929">
      <w:pPr>
        <w:spacing w:after="160" w:line="259" w:lineRule="auto"/>
      </w:pPr>
      <w:r>
        <w:rPr>
          <w:b/>
        </w:rPr>
        <w:t xml:space="preserve">Interviewer: </w:t>
      </w:r>
      <w:r>
        <w:t>What do funerals look like? Is there music there?</w:t>
      </w:r>
    </w:p>
    <w:p w14:paraId="2C04FC24" w14:textId="77777777" w:rsidR="00E55929" w:rsidRDefault="00E55929" w:rsidP="00E55929">
      <w:pPr>
        <w:spacing w:after="160" w:line="259" w:lineRule="auto"/>
      </w:pPr>
      <w:r>
        <w:rPr>
          <w:b/>
        </w:rPr>
        <w:t xml:space="preserve">Interviewee: </w:t>
      </w:r>
      <w:r>
        <w:t>There is. Not everyone has music, but those who were musicians are necessarily accompanied, or those who want to be accompanied with music. We also adopted the custom of forty days and an anniversary.</w:t>
      </w:r>
    </w:p>
    <w:p w14:paraId="5649ABD2" w14:textId="77777777" w:rsidR="00E55929" w:rsidRDefault="00E55929" w:rsidP="00E55929">
      <w:pPr>
        <w:spacing w:after="160" w:line="259" w:lineRule="auto"/>
      </w:pPr>
      <w:r>
        <w:rPr>
          <w:b/>
        </w:rPr>
        <w:t xml:space="preserve">Interviewer: </w:t>
      </w:r>
      <w:r>
        <w:t>When you were sick as a child, who treated you?</w:t>
      </w:r>
    </w:p>
    <w:p w14:paraId="635180B6" w14:textId="77777777" w:rsidR="00E55929" w:rsidRDefault="00E55929" w:rsidP="00E55929">
      <w:pPr>
        <w:spacing w:after="160" w:line="259" w:lineRule="auto"/>
      </w:pPr>
      <w:r>
        <w:rPr>
          <w:b/>
        </w:rPr>
        <w:t xml:space="preserve">Interviewee: </w:t>
      </w:r>
      <w:r>
        <w:t>Grandma. There was lard, pork fat, which they would spread. There was also vinegar and water, and houseleek for ear pain. They would put the drops in the ear. I am between generations, not from the very old ones, so I do not know all of it.</w:t>
      </w:r>
    </w:p>
    <w:p w14:paraId="48C3B5C3" w14:textId="77777777" w:rsidR="00E55929" w:rsidRDefault="00E55929" w:rsidP="00E55929">
      <w:pPr>
        <w:spacing w:after="160" w:line="259" w:lineRule="auto"/>
      </w:pPr>
      <w:r>
        <w:rPr>
          <w:b/>
        </w:rPr>
        <w:t xml:space="preserve">Interviewer: </w:t>
      </w:r>
      <w:r>
        <w:t>Can you share a recipe?</w:t>
      </w:r>
    </w:p>
    <w:p w14:paraId="1720C60B" w14:textId="77777777" w:rsidR="00E55929" w:rsidRDefault="00E55929" w:rsidP="00E55929">
      <w:pPr>
        <w:spacing w:after="160" w:line="259" w:lineRule="auto"/>
      </w:pPr>
      <w:r>
        <w:rPr>
          <w:b/>
        </w:rPr>
        <w:t xml:space="preserve">Interviewee: </w:t>
      </w:r>
      <w:proofErr w:type="gramStart"/>
      <w:r>
        <w:t>Let’s</w:t>
      </w:r>
      <w:proofErr w:type="gramEnd"/>
      <w:r>
        <w:t xml:space="preserve"> say fish stew. For one kilo of fish, one liter of water, a spoonful of paprika, and about ten percent onion in relation to the fish. Add a spoonful of salt and tomato. Of the spices we use in the recipe, we use no chemicals, everything is natural. Then it is cooked for thirty minutes on high heat. That is the magic.</w:t>
      </w:r>
    </w:p>
    <w:p w14:paraId="5F5A636B" w14:textId="77777777" w:rsidR="00E55929" w:rsidRDefault="00E55929" w:rsidP="00E55929">
      <w:pPr>
        <w:spacing w:after="160" w:line="259" w:lineRule="auto"/>
      </w:pPr>
      <w:r>
        <w:rPr>
          <w:b/>
        </w:rPr>
        <w:t xml:space="preserve">Interviewer: </w:t>
      </w:r>
      <w:r>
        <w:t>And the pasta that goes with the fish stew, do you make it yourself?</w:t>
      </w:r>
    </w:p>
    <w:p w14:paraId="29A4EE64" w14:textId="77777777" w:rsidR="00E55929" w:rsidRDefault="00E55929" w:rsidP="00E55929">
      <w:pPr>
        <w:spacing w:after="160" w:line="259" w:lineRule="auto"/>
      </w:pPr>
      <w:r>
        <w:rPr>
          <w:b/>
        </w:rPr>
        <w:t xml:space="preserve">Interviewee: </w:t>
      </w:r>
      <w:r>
        <w:t xml:space="preserve">Yes. There is no special recipe: eggs, flour, </w:t>
      </w:r>
      <w:proofErr w:type="gramStart"/>
      <w:r>
        <w:t>water</w:t>
      </w:r>
      <w:proofErr w:type="gramEnd"/>
      <w:r>
        <w:t xml:space="preserve"> and salt.</w:t>
      </w:r>
    </w:p>
    <w:p w14:paraId="375A4919" w14:textId="77777777" w:rsidR="00E55929" w:rsidRDefault="00E55929" w:rsidP="00E55929">
      <w:pPr>
        <w:spacing w:after="160" w:line="259" w:lineRule="auto"/>
      </w:pPr>
      <w:r>
        <w:rPr>
          <w:b/>
        </w:rPr>
        <w:t xml:space="preserve">Interviewer: </w:t>
      </w:r>
      <w:proofErr w:type="spellStart"/>
      <w:r>
        <w:t>Švaba</w:t>
      </w:r>
      <w:proofErr w:type="spellEnd"/>
      <w:r>
        <w:t>, are you from an acting family?</w:t>
      </w:r>
    </w:p>
    <w:p w14:paraId="1DB30499" w14:textId="77777777" w:rsidR="00E55929" w:rsidRDefault="00E55929" w:rsidP="00E55929">
      <w:pPr>
        <w:spacing w:after="160" w:line="259" w:lineRule="auto"/>
      </w:pPr>
      <w:r>
        <w:rPr>
          <w:b/>
        </w:rPr>
        <w:t xml:space="preserve">Interviewee: </w:t>
      </w:r>
      <w:r>
        <w:t xml:space="preserve">Yes. My father was a leading actor, though it is not really something we can brag about. His name was Marko. He acted in a film, and there is a picture from that period. The film was mostly shot in Banat, with a little filmed in </w:t>
      </w:r>
      <w:proofErr w:type="spellStart"/>
      <w:r>
        <w:t>Apatin</w:t>
      </w:r>
      <w:proofErr w:type="spellEnd"/>
      <w:r>
        <w:t>.</w:t>
      </w:r>
    </w:p>
    <w:p w14:paraId="1A0F0D0F" w14:textId="36D5744B" w:rsidR="00BD1871" w:rsidRPr="009A0437" w:rsidRDefault="00BD1871">
      <w:pPr>
        <w:pStyle w:val="SpeakerPara"/>
        <w:rPr>
          <w:rFonts w:cs="Arial"/>
        </w:rPr>
      </w:pPr>
    </w:p>
    <w:sectPr w:rsidR="00BD1871" w:rsidRPr="009A0437" w:rsidSect="00034616">
      <w:headerReference w:type="default" r:id="rId8"/>
      <w:pgSz w:w="12240" w:h="15840"/>
      <w:pgMar w:top="1134"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4050A" w14:textId="77777777" w:rsidR="00FD38B1" w:rsidRDefault="00FD38B1" w:rsidP="009A0437">
      <w:pPr>
        <w:spacing w:after="0" w:line="240" w:lineRule="auto"/>
      </w:pPr>
      <w:r>
        <w:separator/>
      </w:r>
    </w:p>
  </w:endnote>
  <w:endnote w:type="continuationSeparator" w:id="0">
    <w:p w14:paraId="7A0E2944" w14:textId="77777777" w:rsidR="00FD38B1" w:rsidRDefault="00FD38B1" w:rsidP="009A0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3D962" w14:textId="77777777" w:rsidR="00FD38B1" w:rsidRDefault="00FD38B1" w:rsidP="009A0437">
      <w:pPr>
        <w:spacing w:after="0" w:line="240" w:lineRule="auto"/>
      </w:pPr>
      <w:r>
        <w:separator/>
      </w:r>
    </w:p>
  </w:footnote>
  <w:footnote w:type="continuationSeparator" w:id="0">
    <w:p w14:paraId="75F3B3DB" w14:textId="77777777" w:rsidR="00FD38B1" w:rsidRDefault="00FD38B1" w:rsidP="009A04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86A3" w14:textId="3E24CE97" w:rsidR="009A0437" w:rsidRDefault="009A0437">
    <w:pPr>
      <w:pStyle w:val="Header"/>
    </w:pPr>
    <w:r>
      <w:rPr>
        <w:noProof/>
      </w:rPr>
      <w:drawing>
        <wp:anchor distT="0" distB="0" distL="114300" distR="114300" simplePos="0" relativeHeight="251658240" behindDoc="1" locked="0" layoutInCell="1" allowOverlap="1" wp14:anchorId="25163C3E" wp14:editId="3E7C5EC3">
          <wp:simplePos x="0" y="0"/>
          <wp:positionH relativeFrom="column">
            <wp:posOffset>0</wp:posOffset>
          </wp:positionH>
          <wp:positionV relativeFrom="paragraph">
            <wp:posOffset>-426720</wp:posOffset>
          </wp:positionV>
          <wp:extent cx="5972810" cy="663575"/>
          <wp:effectExtent l="0" t="0" r="0" b="0"/>
          <wp:wrapNone/>
          <wp:docPr id="1886686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86949" name="Picture 1886686949"/>
                  <pic:cNvPicPr/>
                </pic:nvPicPr>
                <pic:blipFill>
                  <a:blip r:embed="rId1"/>
                  <a:stretch>
                    <a:fillRect/>
                  </a:stretch>
                </pic:blipFill>
                <pic:spPr>
                  <a:xfrm>
                    <a:off x="0" y="0"/>
                    <a:ext cx="5972810" cy="663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980079">
    <w:abstractNumId w:val="8"/>
  </w:num>
  <w:num w:numId="2" w16cid:durableId="1279534122">
    <w:abstractNumId w:val="6"/>
  </w:num>
  <w:num w:numId="3" w16cid:durableId="973372077">
    <w:abstractNumId w:val="5"/>
  </w:num>
  <w:num w:numId="4" w16cid:durableId="1047146354">
    <w:abstractNumId w:val="4"/>
  </w:num>
  <w:num w:numId="5" w16cid:durableId="1593394344">
    <w:abstractNumId w:val="7"/>
  </w:num>
  <w:num w:numId="6" w16cid:durableId="907617185">
    <w:abstractNumId w:val="3"/>
  </w:num>
  <w:num w:numId="7" w16cid:durableId="2004814742">
    <w:abstractNumId w:val="2"/>
  </w:num>
  <w:num w:numId="8" w16cid:durableId="548542120">
    <w:abstractNumId w:val="1"/>
  </w:num>
  <w:num w:numId="9" w16cid:durableId="158534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0CF0"/>
    <w:rsid w:val="0015074B"/>
    <w:rsid w:val="00212877"/>
    <w:rsid w:val="0029639D"/>
    <w:rsid w:val="00326F90"/>
    <w:rsid w:val="00442954"/>
    <w:rsid w:val="00577296"/>
    <w:rsid w:val="0066493A"/>
    <w:rsid w:val="007741D1"/>
    <w:rsid w:val="009A0437"/>
    <w:rsid w:val="00AA1D8D"/>
    <w:rsid w:val="00B47730"/>
    <w:rsid w:val="00BD1871"/>
    <w:rsid w:val="00CB0664"/>
    <w:rsid w:val="00D75E18"/>
    <w:rsid w:val="00E55929"/>
    <w:rsid w:val="00FC693F"/>
    <w:rsid w:val="00FD38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2EA7C3"/>
  <w14:defaultImageDpi w14:val="300"/>
  <w15:docId w15:val="{2D912FB5-0CBA-5B43-A6DD-6F7E7476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peakerPara">
    <w:name w:val="SpeakerPara"/>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1168</Words>
  <Characters>7655</Characters>
  <Application>Microsoft Office Word</Application>
  <DocSecurity>0</DocSecurity>
  <Lines>273</Lines>
  <Paragraphs>98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Marcel Baranja</dc:title>
  <dc:subject/>
  <dc:creator>Microsoft Office User</dc:creator>
  <cp:keywords/>
  <dc:description>generated by python-docx</dc:description>
  <cp:lastModifiedBy>Microsoft Office User</cp:lastModifiedBy>
  <cp:revision>2</cp:revision>
  <dcterms:created xsi:type="dcterms:W3CDTF">2026-07-17T08:51:00Z</dcterms:created>
  <dcterms:modified xsi:type="dcterms:W3CDTF">2026-07-17T08:51:00Z</dcterms:modified>
  <cp:category/>
</cp:coreProperties>
</file>